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7B617A" w14:textId="534D5D8D" w:rsidR="006D7D13" w:rsidRDefault="003610E9">
      <w:pPr>
        <w:spacing w:after="20" w:line="240" w:lineRule="auto"/>
      </w:pPr>
      <w:r>
        <w:rPr>
          <w:b/>
          <w:color w:val="1F4D78"/>
          <w:sz w:val="34"/>
        </w:rPr>
        <w:t>UAP COMPETENCY VALIDATION</w:t>
      </w:r>
    </w:p>
    <w:p w14:paraId="255782AD" w14:textId="404167C2" w:rsidR="006D7D13" w:rsidRDefault="003610E9">
      <w:pPr>
        <w:spacing w:after="140" w:line="240" w:lineRule="auto"/>
      </w:pPr>
      <w:r>
        <w:rPr>
          <w:b/>
          <w:color w:val="666666"/>
          <w:sz w:val="22"/>
        </w:rPr>
        <w:t xml:space="preserve">UAP </w:t>
      </w:r>
      <w:r w:rsidR="001646A5">
        <w:rPr>
          <w:b/>
          <w:color w:val="666666"/>
          <w:sz w:val="22"/>
        </w:rPr>
        <w:t xml:space="preserve">Competency Validation </w:t>
      </w:r>
      <w:r>
        <w:rPr>
          <w:b/>
          <w:color w:val="666666"/>
          <w:sz w:val="22"/>
        </w:rPr>
        <w:t>for Oregon RN Delegation</w:t>
      </w:r>
    </w:p>
    <w:p w14:paraId="293CFC58" w14:textId="3AE359C6" w:rsidR="006D7D13" w:rsidRDefault="003610E9">
      <w:pPr>
        <w:spacing w:after="60" w:line="240" w:lineRule="auto"/>
      </w:pPr>
      <w:r>
        <w:rPr>
          <w:b/>
          <w:color w:val="1F4D78"/>
          <w:sz w:val="22"/>
        </w:rPr>
        <w:t>1. IDENTIFICATION</w:t>
      </w:r>
    </w:p>
    <w:tbl>
      <w:tblPr>
        <w:tblStyle w:val="TableGrid"/>
        <w:tblW w:w="10240" w:type="dxa"/>
        <w:tblInd w:w="120" w:type="dxa"/>
        <w:tblLayout w:type="fixed"/>
        <w:tblLook w:val="04A0" w:firstRow="1" w:lastRow="0" w:firstColumn="1" w:lastColumn="0" w:noHBand="0" w:noVBand="1"/>
      </w:tblPr>
      <w:tblGrid>
        <w:gridCol w:w="2700"/>
        <w:gridCol w:w="7540"/>
      </w:tblGrid>
      <w:tr w:rsidR="006D7D13" w14:paraId="251996C8" w14:textId="77777777" w:rsidTr="20EB82FA">
        <w:tc>
          <w:tcPr>
            <w:tcW w:w="2700" w:type="dxa"/>
            <w:shd w:val="clear" w:color="auto" w:fill="E8EEF5"/>
            <w:tcMar>
              <w:top w:w="45" w:type="dxa"/>
              <w:left w:w="100" w:type="dxa"/>
              <w:bottom w:w="45" w:type="dxa"/>
              <w:right w:w="100" w:type="dxa"/>
            </w:tcMar>
            <w:vAlign w:val="center"/>
          </w:tcPr>
          <w:p w14:paraId="159A5E4E" w14:textId="77777777" w:rsidR="006D7D13" w:rsidRDefault="003610E9">
            <w:pPr>
              <w:spacing w:after="0" w:line="240" w:lineRule="auto"/>
            </w:pPr>
            <w:r>
              <w:rPr>
                <w:b/>
                <w:color w:val="1F4D78"/>
                <w:sz w:val="16"/>
              </w:rPr>
              <w:t>UAP Printed Name</w:t>
            </w:r>
          </w:p>
        </w:tc>
        <w:tc>
          <w:tcPr>
            <w:tcW w:w="7540" w:type="dxa"/>
            <w:tcMar>
              <w:top w:w="45" w:type="dxa"/>
              <w:left w:w="100" w:type="dxa"/>
              <w:bottom w:w="45" w:type="dxa"/>
              <w:right w:w="100" w:type="dxa"/>
            </w:tcMar>
            <w:vAlign w:val="center"/>
          </w:tcPr>
          <w:p w14:paraId="5E20A2FC" w14:textId="0F9E0BF5" w:rsidR="006D7D13" w:rsidRDefault="00C36810" w:rsidP="20EB82FA">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65722D7E" w14:textId="77777777" w:rsidTr="20EB82FA">
        <w:tc>
          <w:tcPr>
            <w:tcW w:w="2700" w:type="dxa"/>
            <w:shd w:val="clear" w:color="auto" w:fill="E8EEF5"/>
            <w:tcMar>
              <w:top w:w="45" w:type="dxa"/>
              <w:left w:w="100" w:type="dxa"/>
              <w:bottom w:w="45" w:type="dxa"/>
              <w:right w:w="100" w:type="dxa"/>
            </w:tcMar>
            <w:vAlign w:val="center"/>
          </w:tcPr>
          <w:p w14:paraId="61BA4C73" w14:textId="3BB4A0BC" w:rsidR="006D7D13" w:rsidRDefault="001646A5">
            <w:pPr>
              <w:spacing w:after="0" w:line="240" w:lineRule="auto"/>
            </w:pPr>
            <w:r>
              <w:rPr>
                <w:b/>
                <w:color w:val="1F4D78"/>
                <w:sz w:val="16"/>
              </w:rPr>
              <w:t>Competency Validation Date / Time</w:t>
            </w:r>
          </w:p>
        </w:tc>
        <w:tc>
          <w:tcPr>
            <w:tcW w:w="7540" w:type="dxa"/>
            <w:tcMar>
              <w:top w:w="45" w:type="dxa"/>
              <w:left w:w="100" w:type="dxa"/>
              <w:bottom w:w="45" w:type="dxa"/>
              <w:right w:w="100" w:type="dxa"/>
            </w:tcMar>
            <w:vAlign w:val="center"/>
          </w:tcPr>
          <w:p w14:paraId="4313B0CB" w14:textId="29E686D3"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11B28" w14:paraId="39A6B494" w14:textId="77777777" w:rsidTr="20EB82FA">
        <w:tc>
          <w:tcPr>
            <w:tcW w:w="2700" w:type="dxa"/>
            <w:shd w:val="clear" w:color="auto" w:fill="E8EEF5"/>
            <w:tcMar>
              <w:top w:w="45" w:type="dxa"/>
              <w:left w:w="100" w:type="dxa"/>
              <w:bottom w:w="45" w:type="dxa"/>
              <w:right w:w="100" w:type="dxa"/>
            </w:tcMar>
            <w:vAlign w:val="center"/>
          </w:tcPr>
          <w:p w14:paraId="4DB668CD" w14:textId="5ECCD029" w:rsidR="00011B28" w:rsidRDefault="00011B28" w:rsidP="00011B28">
            <w:pPr>
              <w:spacing w:after="0" w:line="240" w:lineRule="auto"/>
              <w:rPr>
                <w:b/>
                <w:color w:val="1F4D78"/>
                <w:sz w:val="16"/>
              </w:rPr>
            </w:pPr>
            <w:r>
              <w:rPr>
                <w:b/>
                <w:color w:val="1F4D78"/>
                <w:sz w:val="16"/>
              </w:rPr>
              <w:t>Nursing Procedure</w:t>
            </w:r>
          </w:p>
        </w:tc>
        <w:tc>
          <w:tcPr>
            <w:tcW w:w="7540" w:type="dxa"/>
            <w:tcMar>
              <w:top w:w="45" w:type="dxa"/>
              <w:left w:w="100" w:type="dxa"/>
              <w:bottom w:w="45" w:type="dxa"/>
              <w:right w:w="100" w:type="dxa"/>
            </w:tcMar>
            <w:vAlign w:val="center"/>
          </w:tcPr>
          <w:p w14:paraId="69DF615A" w14:textId="0B5E81FA" w:rsidR="00011B28" w:rsidRDefault="00C36810" w:rsidP="00011B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11B28" w14:paraId="59B5A1A1" w14:textId="77777777" w:rsidTr="20EB82FA">
        <w:tc>
          <w:tcPr>
            <w:tcW w:w="2700" w:type="dxa"/>
            <w:shd w:val="clear" w:color="auto" w:fill="E8EEF5"/>
            <w:tcMar>
              <w:top w:w="45" w:type="dxa"/>
              <w:left w:w="100" w:type="dxa"/>
              <w:bottom w:w="45" w:type="dxa"/>
              <w:right w:w="100" w:type="dxa"/>
            </w:tcMar>
            <w:vAlign w:val="center"/>
          </w:tcPr>
          <w:p w14:paraId="68481B21" w14:textId="4C6BE916" w:rsidR="00011B28" w:rsidRDefault="00011B28" w:rsidP="00011B28">
            <w:pPr>
              <w:spacing w:after="0" w:line="240" w:lineRule="auto"/>
            </w:pPr>
            <w:r>
              <w:rPr>
                <w:b/>
                <w:color w:val="1F4D78"/>
                <w:sz w:val="16"/>
              </w:rPr>
              <w:t>Validation Type</w:t>
            </w:r>
          </w:p>
        </w:tc>
        <w:tc>
          <w:tcPr>
            <w:tcW w:w="7540" w:type="dxa"/>
            <w:tcMar>
              <w:top w:w="45" w:type="dxa"/>
              <w:left w:w="100" w:type="dxa"/>
              <w:bottom w:w="45" w:type="dxa"/>
              <w:right w:w="100" w:type="dxa"/>
            </w:tcMar>
            <w:vAlign w:val="center"/>
          </w:tcPr>
          <w:p w14:paraId="3145B175" w14:textId="49C8849B" w:rsidR="00011B28" w:rsidRDefault="00C36810" w:rsidP="00011B28">
            <w:pPr>
              <w:spacing w:after="0" w:line="240" w:lineRule="auto"/>
            </w:pPr>
            <w:r>
              <w:rPr>
                <w:rFonts w:ascii="Segoe UI Symbol" w:hAnsi="Segoe UI Symbol" w:cs="Segoe UI Symbol"/>
                <w:color w:val="000000"/>
                <w:sz w:val="17"/>
              </w:rPr>
              <w:fldChar w:fldCharType="begin">
                <w:ffData>
                  <w:name w:val="Check1"/>
                  <w:enabled/>
                  <w:calcOnExit w:val="0"/>
                  <w:checkBox>
                    <w:sizeAuto/>
                    <w:default w:val="0"/>
                  </w:checkBox>
                </w:ffData>
              </w:fldChar>
            </w:r>
            <w:bookmarkStart w:id="0" w:name="Check1"/>
            <w:r>
              <w:rPr>
                <w:rFonts w:ascii="Segoe UI Symbol" w:hAnsi="Segoe UI Symbol" w:cs="Segoe UI Symbol"/>
                <w:color w:val="000000"/>
                <w:sz w:val="17"/>
              </w:rPr>
              <w:instrText xml:space="preserve"> FORMCHECKBOX </w:instrText>
            </w:r>
            <w:r>
              <w:rPr>
                <w:rFonts w:ascii="Segoe UI Symbol" w:hAnsi="Segoe UI Symbol" w:cs="Segoe UI Symbol"/>
                <w:color w:val="000000"/>
                <w:sz w:val="17"/>
              </w:rPr>
            </w:r>
            <w:r>
              <w:rPr>
                <w:rFonts w:ascii="Segoe UI Symbol" w:hAnsi="Segoe UI Symbol" w:cs="Segoe UI Symbol"/>
                <w:color w:val="000000"/>
                <w:sz w:val="17"/>
              </w:rPr>
              <w:fldChar w:fldCharType="separate"/>
            </w:r>
            <w:r>
              <w:rPr>
                <w:rFonts w:ascii="Segoe UI Symbol" w:hAnsi="Segoe UI Symbol" w:cs="Segoe UI Symbol"/>
                <w:color w:val="000000"/>
                <w:sz w:val="17"/>
              </w:rPr>
              <w:fldChar w:fldCharType="end"/>
            </w:r>
            <w:bookmarkEnd w:id="0"/>
            <w:r w:rsidR="00011B28">
              <w:rPr>
                <w:color w:val="000000"/>
                <w:sz w:val="17"/>
              </w:rPr>
              <w:t xml:space="preserve"> Initial evaluation   </w:t>
            </w:r>
            <w:r>
              <w:rPr>
                <w:color w:val="000000"/>
                <w:sz w:val="17"/>
              </w:rPr>
              <w:fldChar w:fldCharType="begin">
                <w:ffData>
                  <w:name w:val="Check2"/>
                  <w:enabled/>
                  <w:calcOnExit w:val="0"/>
                  <w:checkBox>
                    <w:sizeAuto/>
                    <w:default w:val="0"/>
                  </w:checkBox>
                </w:ffData>
              </w:fldChar>
            </w:r>
            <w:bookmarkStart w:id="1" w:name="Check2"/>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1"/>
            <w:r w:rsidR="00011B28">
              <w:rPr>
                <w:color w:val="000000"/>
                <w:sz w:val="17"/>
              </w:rPr>
              <w:t xml:space="preserve"> Periodic evaluation   </w:t>
            </w:r>
            <w:r>
              <w:rPr>
                <w:color w:val="000000"/>
                <w:sz w:val="17"/>
              </w:rPr>
              <w:fldChar w:fldCharType="begin">
                <w:ffData>
                  <w:name w:val="Check3"/>
                  <w:enabled/>
                  <w:calcOnExit w:val="0"/>
                  <w:checkBox>
                    <w:sizeAuto/>
                    <w:default w:val="0"/>
                  </w:checkBox>
                </w:ffData>
              </w:fldChar>
            </w:r>
            <w:bookmarkStart w:id="2" w:name="Check3"/>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
            <w:r w:rsidR="00011B28">
              <w:rPr>
                <w:color w:val="000000"/>
                <w:sz w:val="17"/>
              </w:rPr>
              <w:t xml:space="preserve"> Repeat evaluation following identified deficiency</w:t>
            </w:r>
          </w:p>
        </w:tc>
      </w:tr>
      <w:tr w:rsidR="00011B28" w14:paraId="692199DA" w14:textId="77777777" w:rsidTr="20EB82FA">
        <w:tc>
          <w:tcPr>
            <w:tcW w:w="2700" w:type="dxa"/>
            <w:shd w:val="clear" w:color="auto" w:fill="E8EEF5"/>
            <w:tcMar>
              <w:top w:w="45" w:type="dxa"/>
              <w:left w:w="100" w:type="dxa"/>
              <w:bottom w:w="45" w:type="dxa"/>
              <w:right w:w="100" w:type="dxa"/>
            </w:tcMar>
            <w:vAlign w:val="center"/>
          </w:tcPr>
          <w:p w14:paraId="4A616877" w14:textId="4C9D5FE5" w:rsidR="00011B28" w:rsidRDefault="00011B28" w:rsidP="00011B28">
            <w:pPr>
              <w:spacing w:after="0" w:line="240" w:lineRule="auto"/>
              <w:rPr>
                <w:b/>
                <w:color w:val="1F4D78"/>
                <w:sz w:val="16"/>
              </w:rPr>
            </w:pPr>
            <w:r>
              <w:rPr>
                <w:b/>
                <w:color w:val="1F4D78"/>
                <w:sz w:val="16"/>
              </w:rPr>
              <w:t>Method Used</w:t>
            </w:r>
          </w:p>
        </w:tc>
        <w:tc>
          <w:tcPr>
            <w:tcW w:w="7540" w:type="dxa"/>
            <w:tcMar>
              <w:top w:w="45" w:type="dxa"/>
              <w:left w:w="100" w:type="dxa"/>
              <w:bottom w:w="45" w:type="dxa"/>
              <w:right w:w="100" w:type="dxa"/>
            </w:tcMar>
            <w:vAlign w:val="center"/>
          </w:tcPr>
          <w:p w14:paraId="15F167A3" w14:textId="28060E07" w:rsidR="00011B28" w:rsidRDefault="00C36810" w:rsidP="00011B28">
            <w:pPr>
              <w:spacing w:after="0" w:line="240" w:lineRule="auto"/>
              <w:rPr>
                <w:color w:val="000000"/>
                <w:sz w:val="17"/>
              </w:rPr>
            </w:pPr>
            <w:r>
              <w:rPr>
                <w:color w:val="000000"/>
                <w:sz w:val="17"/>
              </w:rPr>
              <w:fldChar w:fldCharType="begin">
                <w:ffData>
                  <w:name w:val="Check4"/>
                  <w:enabled/>
                  <w:calcOnExit w:val="0"/>
                  <w:checkBox>
                    <w:sizeAuto/>
                    <w:default w:val="0"/>
                  </w:checkBox>
                </w:ffData>
              </w:fldChar>
            </w:r>
            <w:bookmarkStart w:id="3" w:name="Check4"/>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3"/>
            <w:r w:rsidR="00011B28">
              <w:rPr>
                <w:color w:val="000000"/>
                <w:sz w:val="17"/>
              </w:rPr>
              <w:t xml:space="preserve"> With Resident        </w:t>
            </w:r>
            <w:r>
              <w:rPr>
                <w:rFonts w:ascii="Segoe UI Symbol" w:hAnsi="Segoe UI Symbol" w:cs="Segoe UI Symbol"/>
                <w:color w:val="000000"/>
                <w:sz w:val="17"/>
              </w:rPr>
              <w:fldChar w:fldCharType="begin">
                <w:ffData>
                  <w:name w:val="Check5"/>
                  <w:enabled/>
                  <w:calcOnExit w:val="0"/>
                  <w:checkBox>
                    <w:sizeAuto/>
                    <w:default w:val="0"/>
                  </w:checkBox>
                </w:ffData>
              </w:fldChar>
            </w:r>
            <w:bookmarkStart w:id="4" w:name="Check5"/>
            <w:r>
              <w:rPr>
                <w:rFonts w:ascii="Segoe UI Symbol" w:hAnsi="Segoe UI Symbol" w:cs="Segoe UI Symbol"/>
                <w:color w:val="000000"/>
                <w:sz w:val="17"/>
              </w:rPr>
              <w:instrText xml:space="preserve"> FORMCHECKBOX </w:instrText>
            </w:r>
            <w:r>
              <w:rPr>
                <w:rFonts w:ascii="Segoe UI Symbol" w:hAnsi="Segoe UI Symbol" w:cs="Segoe UI Symbol"/>
                <w:color w:val="000000"/>
                <w:sz w:val="17"/>
              </w:rPr>
            </w:r>
            <w:r>
              <w:rPr>
                <w:rFonts w:ascii="Segoe UI Symbol" w:hAnsi="Segoe UI Symbol" w:cs="Segoe UI Symbol"/>
                <w:color w:val="000000"/>
                <w:sz w:val="17"/>
              </w:rPr>
              <w:fldChar w:fldCharType="separate"/>
            </w:r>
            <w:r>
              <w:rPr>
                <w:rFonts w:ascii="Segoe UI Symbol" w:hAnsi="Segoe UI Symbol" w:cs="Segoe UI Symbol"/>
                <w:color w:val="000000"/>
                <w:sz w:val="17"/>
              </w:rPr>
              <w:fldChar w:fldCharType="end"/>
            </w:r>
            <w:bookmarkEnd w:id="4"/>
            <w:r w:rsidR="00702A7C">
              <w:rPr>
                <w:rFonts w:ascii="Segoe UI Symbol" w:hAnsi="Segoe UI Symbol" w:cs="Segoe UI Symbol"/>
                <w:color w:val="000000"/>
                <w:sz w:val="17"/>
              </w:rPr>
              <w:t xml:space="preserve"> </w:t>
            </w:r>
            <w:r w:rsidR="00011B28">
              <w:rPr>
                <w:color w:val="000000"/>
                <w:sz w:val="17"/>
              </w:rPr>
              <w:t>Simulation</w:t>
            </w:r>
          </w:p>
        </w:tc>
      </w:tr>
    </w:tbl>
    <w:p w14:paraId="113AE905" w14:textId="77777777" w:rsidR="006D7D13" w:rsidRDefault="003610E9">
      <w:pPr>
        <w:spacing w:before="140" w:after="60" w:line="240" w:lineRule="auto"/>
      </w:pPr>
      <w:r>
        <w:rPr>
          <w:b/>
          <w:color w:val="1F4D78"/>
          <w:sz w:val="22"/>
        </w:rPr>
        <w:t>2. REQUIRED UAP DETERMINATIONS</w:t>
      </w:r>
    </w:p>
    <w:tbl>
      <w:tblPr>
        <w:tblStyle w:val="TableGrid"/>
        <w:tblW w:w="10240" w:type="dxa"/>
        <w:tblInd w:w="120" w:type="dxa"/>
        <w:tblLayout w:type="fixed"/>
        <w:tblLook w:val="04A0" w:firstRow="1" w:lastRow="0" w:firstColumn="1" w:lastColumn="0" w:noHBand="0" w:noVBand="1"/>
      </w:tblPr>
      <w:tblGrid>
        <w:gridCol w:w="2700"/>
        <w:gridCol w:w="7540"/>
      </w:tblGrid>
      <w:tr w:rsidR="006D7D13" w14:paraId="62BF1AB2" w14:textId="77777777" w:rsidTr="001646A5">
        <w:tc>
          <w:tcPr>
            <w:tcW w:w="2700" w:type="dxa"/>
            <w:shd w:val="clear" w:color="auto" w:fill="E8EEF5"/>
            <w:tcMar>
              <w:top w:w="45" w:type="dxa"/>
              <w:left w:w="100" w:type="dxa"/>
              <w:bottom w:w="45" w:type="dxa"/>
              <w:right w:w="100" w:type="dxa"/>
            </w:tcMar>
            <w:vAlign w:val="center"/>
          </w:tcPr>
          <w:p w14:paraId="1C0A1599" w14:textId="77777777" w:rsidR="006D7D13" w:rsidRDefault="003610E9">
            <w:pPr>
              <w:spacing w:after="0" w:line="240" w:lineRule="auto"/>
            </w:pPr>
            <w:r>
              <w:rPr>
                <w:b/>
                <w:color w:val="1F4D78"/>
                <w:sz w:val="16"/>
              </w:rPr>
              <w:t>Necessary Skills</w:t>
            </w:r>
          </w:p>
        </w:tc>
        <w:tc>
          <w:tcPr>
            <w:tcW w:w="7540" w:type="dxa"/>
            <w:tcMar>
              <w:top w:w="45" w:type="dxa"/>
              <w:left w:w="100" w:type="dxa"/>
              <w:bottom w:w="45" w:type="dxa"/>
              <w:right w:w="100" w:type="dxa"/>
            </w:tcMar>
            <w:vAlign w:val="center"/>
          </w:tcPr>
          <w:p w14:paraId="08F61B32" w14:textId="517FD28C" w:rsidR="00950035" w:rsidRDefault="00C36810">
            <w:pPr>
              <w:spacing w:after="0" w:line="240" w:lineRule="auto"/>
              <w:rPr>
                <w:color w:val="000000"/>
                <w:sz w:val="17"/>
              </w:rPr>
            </w:pPr>
            <w:r>
              <w:rPr>
                <w:rFonts w:ascii="Segoe UI Symbol" w:hAnsi="Segoe UI Symbol" w:cs="Segoe UI Symbol"/>
                <w:color w:val="000000"/>
                <w:sz w:val="17"/>
              </w:rPr>
              <w:fldChar w:fldCharType="begin">
                <w:ffData>
                  <w:name w:val="Check6"/>
                  <w:enabled/>
                  <w:calcOnExit w:val="0"/>
                  <w:checkBox>
                    <w:sizeAuto/>
                    <w:default w:val="0"/>
                  </w:checkBox>
                </w:ffData>
              </w:fldChar>
            </w:r>
            <w:bookmarkStart w:id="5" w:name="Check6"/>
            <w:r>
              <w:rPr>
                <w:rFonts w:ascii="Segoe UI Symbol" w:hAnsi="Segoe UI Symbol" w:cs="Segoe UI Symbol"/>
                <w:color w:val="000000"/>
                <w:sz w:val="17"/>
              </w:rPr>
              <w:instrText xml:space="preserve"> FORMCHECKBOX </w:instrText>
            </w:r>
            <w:r>
              <w:rPr>
                <w:rFonts w:ascii="Segoe UI Symbol" w:hAnsi="Segoe UI Symbol" w:cs="Segoe UI Symbol"/>
                <w:color w:val="000000"/>
                <w:sz w:val="17"/>
              </w:rPr>
            </w:r>
            <w:r>
              <w:rPr>
                <w:rFonts w:ascii="Segoe UI Symbol" w:hAnsi="Segoe UI Symbol" w:cs="Segoe UI Symbol"/>
                <w:color w:val="000000"/>
                <w:sz w:val="17"/>
              </w:rPr>
              <w:fldChar w:fldCharType="separate"/>
            </w:r>
            <w:r>
              <w:rPr>
                <w:rFonts w:ascii="Segoe UI Symbol" w:hAnsi="Segoe UI Symbol" w:cs="Segoe UI Symbol"/>
                <w:color w:val="000000"/>
                <w:sz w:val="17"/>
              </w:rPr>
              <w:fldChar w:fldCharType="end"/>
            </w:r>
            <w:bookmarkEnd w:id="5"/>
            <w:r w:rsidR="00950035">
              <w:rPr>
                <w:color w:val="000000"/>
                <w:sz w:val="17"/>
              </w:rPr>
              <w:t xml:space="preserve"> Yes   </w:t>
            </w:r>
            <w:r>
              <w:rPr>
                <w:color w:val="000000"/>
                <w:sz w:val="17"/>
              </w:rPr>
              <w:fldChar w:fldCharType="begin">
                <w:ffData>
                  <w:name w:val="Check7"/>
                  <w:enabled/>
                  <w:calcOnExit w:val="0"/>
                  <w:checkBox>
                    <w:sizeAuto/>
                    <w:default w:val="0"/>
                  </w:checkBox>
                </w:ffData>
              </w:fldChar>
            </w:r>
            <w:bookmarkStart w:id="6" w:name="Check7"/>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6"/>
            <w:r w:rsidR="00950035">
              <w:rPr>
                <w:color w:val="000000"/>
                <w:sz w:val="17"/>
              </w:rPr>
              <w:t xml:space="preserve"> No</w:t>
            </w:r>
            <w:r w:rsidR="005958E8">
              <w:rPr>
                <w:color w:val="000000"/>
                <w:sz w:val="17"/>
              </w:rPr>
              <w:t xml:space="preserve"> — UAP</w:t>
            </w:r>
            <w:r w:rsidR="00950035">
              <w:rPr>
                <w:color w:val="000000"/>
                <w:sz w:val="17"/>
              </w:rPr>
              <w:t xml:space="preserve"> has been provided education </w:t>
            </w:r>
            <w:r w:rsidR="00B223FF">
              <w:rPr>
                <w:color w:val="000000"/>
                <w:sz w:val="17"/>
              </w:rPr>
              <w:t>and documented</w:t>
            </w:r>
            <w:r w:rsidR="00950035">
              <w:rPr>
                <w:color w:val="000000"/>
                <w:sz w:val="17"/>
              </w:rPr>
              <w:t xml:space="preserve"> instructions</w:t>
            </w:r>
            <w:r w:rsidR="00CF2F47">
              <w:rPr>
                <w:color w:val="000000"/>
                <w:sz w:val="17"/>
              </w:rPr>
              <w:t xml:space="preserve"> for the nursing procedure</w:t>
            </w:r>
            <w:r w:rsidR="00950035">
              <w:rPr>
                <w:color w:val="000000"/>
                <w:sz w:val="17"/>
              </w:rPr>
              <w:t>.</w:t>
            </w:r>
          </w:p>
          <w:p w14:paraId="43CF028A" w14:textId="0330BB01" w:rsidR="006D7D13" w:rsidRDefault="00C36810">
            <w:pPr>
              <w:spacing w:after="0" w:line="240" w:lineRule="auto"/>
              <w:rPr>
                <w:color w:val="000000"/>
                <w:sz w:val="17"/>
              </w:rPr>
            </w:pPr>
            <w:r>
              <w:rPr>
                <w:rFonts w:ascii="Segoe UI Symbol" w:hAnsi="Segoe UI Symbol" w:cs="Segoe UI Symbol"/>
                <w:color w:val="000000"/>
                <w:sz w:val="17"/>
              </w:rPr>
              <w:fldChar w:fldCharType="begin">
                <w:ffData>
                  <w:name w:val="Check8"/>
                  <w:enabled/>
                  <w:calcOnExit w:val="0"/>
                  <w:checkBox>
                    <w:sizeAuto/>
                    <w:default w:val="0"/>
                  </w:checkBox>
                </w:ffData>
              </w:fldChar>
            </w:r>
            <w:bookmarkStart w:id="7" w:name="Check8"/>
            <w:r>
              <w:rPr>
                <w:rFonts w:ascii="Segoe UI Symbol" w:hAnsi="Segoe UI Symbol" w:cs="Segoe UI Symbol"/>
                <w:color w:val="000000"/>
                <w:sz w:val="17"/>
              </w:rPr>
              <w:instrText xml:space="preserve"> FORMCHECKBOX </w:instrText>
            </w:r>
            <w:r>
              <w:rPr>
                <w:rFonts w:ascii="Segoe UI Symbol" w:hAnsi="Segoe UI Symbol" w:cs="Segoe UI Symbol"/>
                <w:color w:val="000000"/>
                <w:sz w:val="17"/>
              </w:rPr>
            </w:r>
            <w:r>
              <w:rPr>
                <w:rFonts w:ascii="Segoe UI Symbol" w:hAnsi="Segoe UI Symbol" w:cs="Segoe UI Symbol"/>
                <w:color w:val="000000"/>
                <w:sz w:val="17"/>
              </w:rPr>
              <w:fldChar w:fldCharType="separate"/>
            </w:r>
            <w:r>
              <w:rPr>
                <w:rFonts w:ascii="Segoe UI Symbol" w:hAnsi="Segoe UI Symbol" w:cs="Segoe UI Symbol"/>
                <w:color w:val="000000"/>
                <w:sz w:val="17"/>
              </w:rPr>
              <w:fldChar w:fldCharType="end"/>
            </w:r>
            <w:bookmarkEnd w:id="7"/>
            <w:r w:rsidR="003610E9">
              <w:rPr>
                <w:color w:val="000000"/>
                <w:sz w:val="17"/>
              </w:rPr>
              <w:t xml:space="preserve"> Yes   </w:t>
            </w:r>
            <w:r>
              <w:rPr>
                <w:color w:val="000000"/>
                <w:sz w:val="17"/>
              </w:rPr>
              <w:fldChar w:fldCharType="begin">
                <w:ffData>
                  <w:name w:val="Check9"/>
                  <w:enabled/>
                  <w:calcOnExit w:val="0"/>
                  <w:checkBox>
                    <w:sizeAuto/>
                    <w:default w:val="0"/>
                  </w:checkBox>
                </w:ffData>
              </w:fldChar>
            </w:r>
            <w:bookmarkStart w:id="8" w:name="Check9"/>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8"/>
            <w:r w:rsidR="003610E9">
              <w:rPr>
                <w:color w:val="000000"/>
                <w:sz w:val="17"/>
              </w:rPr>
              <w:t xml:space="preserve"> No — UAP possesses the skills necessary to learn and safely perform the </w:t>
            </w:r>
            <w:r w:rsidR="001646A5">
              <w:rPr>
                <w:color w:val="000000"/>
                <w:sz w:val="17"/>
              </w:rPr>
              <w:t xml:space="preserve">nursing </w:t>
            </w:r>
            <w:r w:rsidR="003610E9">
              <w:rPr>
                <w:color w:val="000000"/>
                <w:sz w:val="17"/>
              </w:rPr>
              <w:t>procedure.</w:t>
            </w:r>
            <w:r w:rsidR="003610E9">
              <w:rPr>
                <w:color w:val="000000"/>
                <w:sz w:val="17"/>
              </w:rPr>
              <w:br/>
              <w:t>RN evidence / rationale:</w:t>
            </w:r>
            <w:r w:rsidR="000E1E07">
              <w:rPr>
                <w:color w:val="000000"/>
                <w:sz w:val="17"/>
              </w:rPr>
              <w:t xml:space="preserve"> </w:t>
            </w:r>
            <w:r w:rsidR="000E1E07">
              <w:fldChar w:fldCharType="begin">
                <w:ffData>
                  <w:name w:val="Text5"/>
                  <w:enabled/>
                  <w:calcOnExit w:val="0"/>
                  <w:textInput/>
                </w:ffData>
              </w:fldChar>
            </w:r>
            <w:r w:rsidR="000E1E07">
              <w:instrText xml:space="preserve"> FORMTEXT </w:instrText>
            </w:r>
            <w:r w:rsidR="000E1E07">
              <w:fldChar w:fldCharType="separate"/>
            </w:r>
            <w:r w:rsidR="000E1E07">
              <w:rPr>
                <w:noProof/>
              </w:rPr>
              <w:t> </w:t>
            </w:r>
            <w:r w:rsidR="000E1E07">
              <w:rPr>
                <w:noProof/>
              </w:rPr>
              <w:t> </w:t>
            </w:r>
            <w:r w:rsidR="000E1E07">
              <w:rPr>
                <w:noProof/>
              </w:rPr>
              <w:t> </w:t>
            </w:r>
            <w:r w:rsidR="000E1E07">
              <w:rPr>
                <w:noProof/>
              </w:rPr>
              <w:t> </w:t>
            </w:r>
            <w:r w:rsidR="000E1E07">
              <w:rPr>
                <w:noProof/>
              </w:rPr>
              <w:t> </w:t>
            </w:r>
            <w:r w:rsidR="000E1E07">
              <w:fldChar w:fldCharType="end"/>
            </w:r>
            <w:r w:rsidR="000E1E07">
              <w:fldChar w:fldCharType="begin">
                <w:ffData>
                  <w:name w:val="Text6"/>
                  <w:enabled/>
                  <w:calcOnExit w:val="0"/>
                  <w:textInput/>
                </w:ffData>
              </w:fldChar>
            </w:r>
            <w:r w:rsidR="000E1E07">
              <w:instrText xml:space="preserve"> FORMTEXT </w:instrText>
            </w:r>
            <w:r w:rsidR="000E1E07">
              <w:fldChar w:fldCharType="separate"/>
            </w:r>
            <w:r w:rsidR="000E1E07">
              <w:rPr>
                <w:noProof/>
              </w:rPr>
              <w:t> </w:t>
            </w:r>
            <w:r w:rsidR="000E1E07">
              <w:rPr>
                <w:noProof/>
              </w:rPr>
              <w:t> </w:t>
            </w:r>
            <w:r w:rsidR="000E1E07">
              <w:rPr>
                <w:noProof/>
              </w:rPr>
              <w:t> </w:t>
            </w:r>
            <w:r w:rsidR="000E1E07">
              <w:rPr>
                <w:noProof/>
              </w:rPr>
              <w:t> </w:t>
            </w:r>
            <w:r w:rsidR="000E1E07">
              <w:rPr>
                <w:noProof/>
              </w:rPr>
              <w:t> </w:t>
            </w:r>
            <w:r w:rsidR="000E1E07">
              <w:fldChar w:fldCharType="end"/>
            </w:r>
            <w:r w:rsidR="000E1E07">
              <w:rPr>
                <w:color w:val="000000"/>
                <w:sz w:val="17"/>
              </w:rPr>
              <w:t>.</w:t>
            </w:r>
          </w:p>
          <w:p w14:paraId="49EB4B93" w14:textId="3F67B777" w:rsidR="00950035" w:rsidRDefault="00950035">
            <w:pPr>
              <w:spacing w:after="0" w:line="240" w:lineRule="auto"/>
            </w:pPr>
          </w:p>
        </w:tc>
      </w:tr>
      <w:tr w:rsidR="006D7D13" w14:paraId="1C241DCF" w14:textId="77777777" w:rsidTr="001646A5">
        <w:tc>
          <w:tcPr>
            <w:tcW w:w="2700" w:type="dxa"/>
            <w:shd w:val="clear" w:color="auto" w:fill="E8EEF5"/>
            <w:tcMar>
              <w:top w:w="45" w:type="dxa"/>
              <w:left w:w="100" w:type="dxa"/>
              <w:bottom w:w="45" w:type="dxa"/>
              <w:right w:w="100" w:type="dxa"/>
            </w:tcMar>
            <w:vAlign w:val="center"/>
          </w:tcPr>
          <w:p w14:paraId="587005C4" w14:textId="77777777" w:rsidR="006D7D13" w:rsidRDefault="003610E9">
            <w:pPr>
              <w:spacing w:after="0" w:line="240" w:lineRule="auto"/>
            </w:pPr>
            <w:r>
              <w:rPr>
                <w:b/>
                <w:color w:val="1F4D78"/>
                <w:sz w:val="16"/>
              </w:rPr>
              <w:t>Willing and Able</w:t>
            </w:r>
          </w:p>
        </w:tc>
        <w:tc>
          <w:tcPr>
            <w:tcW w:w="7540" w:type="dxa"/>
            <w:tcMar>
              <w:top w:w="45" w:type="dxa"/>
              <w:left w:w="100" w:type="dxa"/>
              <w:bottom w:w="45" w:type="dxa"/>
              <w:right w:w="100" w:type="dxa"/>
            </w:tcMar>
            <w:vAlign w:val="center"/>
          </w:tcPr>
          <w:p w14:paraId="5C9A07A5" w14:textId="7E0AA314" w:rsidR="00011B28" w:rsidRPr="00011B28" w:rsidRDefault="00C36810">
            <w:pPr>
              <w:spacing w:after="0" w:line="240" w:lineRule="auto"/>
              <w:rPr>
                <w:color w:val="000000"/>
                <w:sz w:val="17"/>
              </w:rPr>
            </w:pPr>
            <w:r>
              <w:rPr>
                <w:rFonts w:ascii="Segoe UI Symbol" w:hAnsi="Segoe UI Symbol" w:cs="Segoe UI Symbol"/>
                <w:color w:val="000000"/>
                <w:sz w:val="17"/>
              </w:rPr>
              <w:fldChar w:fldCharType="begin">
                <w:ffData>
                  <w:name w:val="Check10"/>
                  <w:enabled/>
                  <w:calcOnExit w:val="0"/>
                  <w:checkBox>
                    <w:sizeAuto/>
                    <w:default w:val="0"/>
                    <w:checked w:val="0"/>
                  </w:checkBox>
                </w:ffData>
              </w:fldChar>
            </w:r>
            <w:bookmarkStart w:id="9" w:name="Check10"/>
            <w:r>
              <w:rPr>
                <w:rFonts w:ascii="Segoe UI Symbol" w:hAnsi="Segoe UI Symbol" w:cs="Segoe UI Symbol"/>
                <w:color w:val="000000"/>
                <w:sz w:val="17"/>
              </w:rPr>
              <w:instrText xml:space="preserve"> FORMCHECKBOX </w:instrText>
            </w:r>
            <w:r w:rsidR="000E1E07">
              <w:rPr>
                <w:rFonts w:ascii="Segoe UI Symbol" w:hAnsi="Segoe UI Symbol" w:cs="Segoe UI Symbol"/>
                <w:color w:val="000000"/>
                <w:sz w:val="17"/>
              </w:rPr>
            </w:r>
            <w:r>
              <w:rPr>
                <w:rFonts w:ascii="Segoe UI Symbol" w:hAnsi="Segoe UI Symbol" w:cs="Segoe UI Symbol"/>
                <w:color w:val="000000"/>
                <w:sz w:val="17"/>
              </w:rPr>
              <w:fldChar w:fldCharType="separate"/>
            </w:r>
            <w:r>
              <w:rPr>
                <w:rFonts w:ascii="Segoe UI Symbol" w:hAnsi="Segoe UI Symbol" w:cs="Segoe UI Symbol"/>
                <w:color w:val="000000"/>
                <w:sz w:val="17"/>
              </w:rPr>
              <w:fldChar w:fldCharType="end"/>
            </w:r>
            <w:bookmarkEnd w:id="9"/>
            <w:r w:rsidR="003610E9">
              <w:rPr>
                <w:color w:val="000000"/>
                <w:sz w:val="17"/>
              </w:rPr>
              <w:t xml:space="preserve"> Yes   </w:t>
            </w:r>
            <w:r>
              <w:rPr>
                <w:color w:val="000000"/>
                <w:sz w:val="17"/>
              </w:rPr>
              <w:fldChar w:fldCharType="begin">
                <w:ffData>
                  <w:name w:val="Check11"/>
                  <w:enabled/>
                  <w:calcOnExit w:val="0"/>
                  <w:checkBox>
                    <w:sizeAuto/>
                    <w:default w:val="0"/>
                    <w:checked w:val="0"/>
                  </w:checkBox>
                </w:ffData>
              </w:fldChar>
            </w:r>
            <w:bookmarkStart w:id="10" w:name="Check11"/>
            <w:r>
              <w:rPr>
                <w:color w:val="000000"/>
                <w:sz w:val="17"/>
              </w:rPr>
              <w:instrText xml:space="preserve"> FORMCHECKBOX </w:instrText>
            </w:r>
            <w:r w:rsidR="000E1E07">
              <w:rPr>
                <w:color w:val="000000"/>
                <w:sz w:val="17"/>
              </w:rPr>
            </w:r>
            <w:r>
              <w:rPr>
                <w:color w:val="000000"/>
                <w:sz w:val="17"/>
              </w:rPr>
              <w:fldChar w:fldCharType="separate"/>
            </w:r>
            <w:r>
              <w:rPr>
                <w:color w:val="000000"/>
                <w:sz w:val="17"/>
              </w:rPr>
              <w:fldChar w:fldCharType="end"/>
            </w:r>
            <w:bookmarkEnd w:id="10"/>
            <w:r w:rsidR="003610E9">
              <w:rPr>
                <w:color w:val="000000"/>
                <w:sz w:val="17"/>
              </w:rPr>
              <w:t xml:space="preserve"> No — UAP communicated willingness and ability to perform the </w:t>
            </w:r>
            <w:r w:rsidR="001646A5">
              <w:rPr>
                <w:color w:val="000000"/>
                <w:sz w:val="17"/>
              </w:rPr>
              <w:t xml:space="preserve">nursing </w:t>
            </w:r>
            <w:r w:rsidR="003610E9">
              <w:rPr>
                <w:color w:val="000000"/>
                <w:sz w:val="17"/>
              </w:rPr>
              <w:t>procedure</w:t>
            </w:r>
            <w:r w:rsidR="001646A5">
              <w:rPr>
                <w:color w:val="000000"/>
                <w:sz w:val="17"/>
              </w:rPr>
              <w:t>.</w:t>
            </w:r>
          </w:p>
        </w:tc>
      </w:tr>
    </w:tbl>
    <w:p w14:paraId="30985203" w14:textId="77777777" w:rsidR="006D7D13" w:rsidRDefault="003610E9">
      <w:pPr>
        <w:spacing w:before="140" w:after="60" w:line="240" w:lineRule="auto"/>
      </w:pPr>
      <w:r>
        <w:rPr>
          <w:b/>
          <w:color w:val="1F4D78"/>
          <w:sz w:val="22"/>
        </w:rPr>
        <w:t>3. INITIAL PERFORMANCE EVALUATION — WHEN APPLICABLE</w:t>
      </w:r>
    </w:p>
    <w:p w14:paraId="5E8EFF53" w14:textId="5272A686" w:rsidR="006D7D13" w:rsidRDefault="003610E9">
      <w:pPr>
        <w:spacing w:line="247" w:lineRule="auto"/>
      </w:pPr>
      <w:r>
        <w:rPr>
          <w:i/>
          <w:color w:val="666666"/>
          <w:sz w:val="16"/>
        </w:rPr>
        <w:t xml:space="preserve">Complete after the RN has provided the required </w:t>
      </w:r>
      <w:r w:rsidR="0024306E">
        <w:rPr>
          <w:i/>
          <w:color w:val="666666"/>
          <w:sz w:val="16"/>
        </w:rPr>
        <w:t xml:space="preserve">initial </w:t>
      </w:r>
      <w:r>
        <w:rPr>
          <w:i/>
          <w:color w:val="666666"/>
          <w:sz w:val="16"/>
        </w:rPr>
        <w:t xml:space="preserve">education and separate </w:t>
      </w:r>
      <w:r w:rsidR="001646A5">
        <w:rPr>
          <w:i/>
          <w:color w:val="666666"/>
          <w:sz w:val="16"/>
        </w:rPr>
        <w:t>documented</w:t>
      </w:r>
      <w:r>
        <w:rPr>
          <w:i/>
          <w:color w:val="666666"/>
          <w:sz w:val="16"/>
        </w:rPr>
        <w:t xml:space="preserve"> instructions.</w:t>
      </w:r>
    </w:p>
    <w:tbl>
      <w:tblPr>
        <w:tblStyle w:val="TableGrid"/>
        <w:tblW w:w="10240" w:type="dxa"/>
        <w:tblInd w:w="120" w:type="dxa"/>
        <w:tblLayout w:type="fixed"/>
        <w:tblLook w:val="04A0" w:firstRow="1" w:lastRow="0" w:firstColumn="1" w:lastColumn="0" w:noHBand="0" w:noVBand="1"/>
      </w:tblPr>
      <w:tblGrid>
        <w:gridCol w:w="5200"/>
        <w:gridCol w:w="700"/>
        <w:gridCol w:w="700"/>
        <w:gridCol w:w="3640"/>
      </w:tblGrid>
      <w:tr w:rsidR="006D7D13" w14:paraId="6A9AA3CF" w14:textId="77777777" w:rsidTr="001646A5">
        <w:trPr>
          <w:tblHeader/>
        </w:trPr>
        <w:tc>
          <w:tcPr>
            <w:tcW w:w="5200" w:type="dxa"/>
            <w:shd w:val="clear" w:color="auto" w:fill="1F4D78"/>
            <w:tcMar>
              <w:top w:w="45" w:type="dxa"/>
              <w:left w:w="100" w:type="dxa"/>
              <w:bottom w:w="45" w:type="dxa"/>
              <w:right w:w="100" w:type="dxa"/>
            </w:tcMar>
            <w:vAlign w:val="center"/>
          </w:tcPr>
          <w:p w14:paraId="2EE602DF" w14:textId="77777777" w:rsidR="006D7D13" w:rsidRDefault="003610E9">
            <w:pPr>
              <w:spacing w:after="0" w:line="240" w:lineRule="auto"/>
              <w:jc w:val="center"/>
            </w:pPr>
            <w:r>
              <w:rPr>
                <w:b/>
                <w:color w:val="FFFFFF"/>
                <w:sz w:val="15"/>
              </w:rPr>
              <w:t>Required Evaluation Element</w:t>
            </w:r>
          </w:p>
        </w:tc>
        <w:tc>
          <w:tcPr>
            <w:tcW w:w="700" w:type="dxa"/>
            <w:shd w:val="clear" w:color="auto" w:fill="1F4D78"/>
            <w:tcMar>
              <w:top w:w="45" w:type="dxa"/>
              <w:left w:w="100" w:type="dxa"/>
              <w:bottom w:w="45" w:type="dxa"/>
              <w:right w:w="100" w:type="dxa"/>
            </w:tcMar>
            <w:vAlign w:val="center"/>
          </w:tcPr>
          <w:p w14:paraId="4908F82F" w14:textId="77777777" w:rsidR="006D7D13" w:rsidRDefault="003610E9">
            <w:pPr>
              <w:spacing w:after="0" w:line="240" w:lineRule="auto"/>
              <w:jc w:val="center"/>
            </w:pPr>
            <w:r>
              <w:rPr>
                <w:b/>
                <w:color w:val="FFFFFF"/>
                <w:sz w:val="15"/>
              </w:rPr>
              <w:t>Yes</w:t>
            </w:r>
          </w:p>
        </w:tc>
        <w:tc>
          <w:tcPr>
            <w:tcW w:w="700" w:type="dxa"/>
            <w:shd w:val="clear" w:color="auto" w:fill="1F4D78"/>
            <w:tcMar>
              <w:top w:w="45" w:type="dxa"/>
              <w:left w:w="100" w:type="dxa"/>
              <w:bottom w:w="45" w:type="dxa"/>
              <w:right w:w="100" w:type="dxa"/>
            </w:tcMar>
            <w:vAlign w:val="center"/>
          </w:tcPr>
          <w:p w14:paraId="7825EE60" w14:textId="77777777" w:rsidR="006D7D13" w:rsidRDefault="003610E9">
            <w:pPr>
              <w:spacing w:after="0" w:line="240" w:lineRule="auto"/>
              <w:jc w:val="center"/>
            </w:pPr>
            <w:r>
              <w:rPr>
                <w:b/>
                <w:color w:val="FFFFFF"/>
                <w:sz w:val="15"/>
              </w:rPr>
              <w:t>No</w:t>
            </w:r>
          </w:p>
        </w:tc>
        <w:tc>
          <w:tcPr>
            <w:tcW w:w="3640" w:type="dxa"/>
            <w:shd w:val="clear" w:color="auto" w:fill="1F4D78"/>
            <w:tcMar>
              <w:top w:w="45" w:type="dxa"/>
              <w:left w:w="100" w:type="dxa"/>
              <w:bottom w:w="45" w:type="dxa"/>
              <w:right w:w="100" w:type="dxa"/>
            </w:tcMar>
            <w:vAlign w:val="center"/>
          </w:tcPr>
          <w:p w14:paraId="6236C7C4" w14:textId="77777777" w:rsidR="006D7D13" w:rsidRDefault="003610E9">
            <w:pPr>
              <w:spacing w:after="0" w:line="240" w:lineRule="auto"/>
              <w:jc w:val="center"/>
            </w:pPr>
            <w:r>
              <w:rPr>
                <w:b/>
                <w:color w:val="FFFFFF"/>
                <w:sz w:val="15"/>
              </w:rPr>
              <w:t>RN Findings / Action Taken</w:t>
            </w:r>
          </w:p>
        </w:tc>
      </w:tr>
      <w:tr w:rsidR="006D7D13" w14:paraId="7B391797" w14:textId="77777777" w:rsidTr="001646A5">
        <w:tc>
          <w:tcPr>
            <w:tcW w:w="5200" w:type="dxa"/>
            <w:tcMar>
              <w:top w:w="45" w:type="dxa"/>
              <w:left w:w="100" w:type="dxa"/>
              <w:bottom w:w="45" w:type="dxa"/>
              <w:right w:w="100" w:type="dxa"/>
            </w:tcMar>
            <w:vAlign w:val="center"/>
          </w:tcPr>
          <w:p w14:paraId="498B34D5" w14:textId="77777777" w:rsidR="006D7D13" w:rsidRDefault="003610E9">
            <w:pPr>
              <w:spacing w:after="0" w:line="240" w:lineRule="auto"/>
            </w:pPr>
            <w:r>
              <w:rPr>
                <w:color w:val="000000"/>
                <w:sz w:val="16"/>
              </w:rPr>
              <w:t>RN directly observed the UAP perform the nursing procedure.</w:t>
            </w:r>
          </w:p>
        </w:tc>
        <w:tc>
          <w:tcPr>
            <w:tcW w:w="700" w:type="dxa"/>
            <w:tcMar>
              <w:top w:w="45" w:type="dxa"/>
              <w:left w:w="100" w:type="dxa"/>
              <w:bottom w:w="45" w:type="dxa"/>
              <w:right w:w="100" w:type="dxa"/>
            </w:tcMar>
            <w:vAlign w:val="center"/>
          </w:tcPr>
          <w:p w14:paraId="7C76BA26" w14:textId="4C7BDE50" w:rsidR="006D7D13" w:rsidRDefault="00C36810">
            <w:pPr>
              <w:spacing w:after="0" w:line="240" w:lineRule="auto"/>
            </w:pPr>
            <w:r>
              <w:fldChar w:fldCharType="begin">
                <w:ffData>
                  <w:name w:val="Check12"/>
                  <w:enabled/>
                  <w:calcOnExit w:val="0"/>
                  <w:checkBox>
                    <w:sizeAuto/>
                    <w:default w:val="0"/>
                  </w:checkBox>
                </w:ffData>
              </w:fldChar>
            </w:r>
            <w:bookmarkStart w:id="11" w:name="Check12"/>
            <w:r>
              <w:instrText xml:space="preserve"> FORMCHECKBOX </w:instrText>
            </w:r>
            <w:r>
              <w:fldChar w:fldCharType="separate"/>
            </w:r>
            <w:r>
              <w:fldChar w:fldCharType="end"/>
            </w:r>
            <w:bookmarkEnd w:id="11"/>
          </w:p>
        </w:tc>
        <w:tc>
          <w:tcPr>
            <w:tcW w:w="700" w:type="dxa"/>
            <w:tcMar>
              <w:top w:w="45" w:type="dxa"/>
              <w:left w:w="100" w:type="dxa"/>
              <w:bottom w:w="45" w:type="dxa"/>
              <w:right w:w="100" w:type="dxa"/>
            </w:tcMar>
            <w:vAlign w:val="center"/>
          </w:tcPr>
          <w:p w14:paraId="71D03DC9" w14:textId="2852D791" w:rsidR="006D7D13" w:rsidRDefault="00C36810">
            <w:pPr>
              <w:spacing w:after="0" w:line="240" w:lineRule="auto"/>
            </w:pPr>
            <w:r>
              <w:fldChar w:fldCharType="begin">
                <w:ffData>
                  <w:name w:val="Check13"/>
                  <w:enabled/>
                  <w:calcOnExit w:val="0"/>
                  <w:checkBox>
                    <w:sizeAuto/>
                    <w:default w:val="0"/>
                  </w:checkBox>
                </w:ffData>
              </w:fldChar>
            </w:r>
            <w:bookmarkStart w:id="12" w:name="Check13"/>
            <w:r>
              <w:instrText xml:space="preserve"> FORMCHECKBOX </w:instrText>
            </w:r>
            <w:r>
              <w:fldChar w:fldCharType="separate"/>
            </w:r>
            <w:r>
              <w:fldChar w:fldCharType="end"/>
            </w:r>
            <w:bookmarkEnd w:id="12"/>
          </w:p>
        </w:tc>
        <w:tc>
          <w:tcPr>
            <w:tcW w:w="3640" w:type="dxa"/>
            <w:tcMar>
              <w:top w:w="45" w:type="dxa"/>
              <w:left w:w="100" w:type="dxa"/>
              <w:bottom w:w="45" w:type="dxa"/>
              <w:right w:w="100" w:type="dxa"/>
            </w:tcMar>
            <w:vAlign w:val="center"/>
          </w:tcPr>
          <w:p w14:paraId="5CDF3D22" w14:textId="6111125D"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40EC3257" w14:textId="77777777" w:rsidTr="001646A5">
        <w:tc>
          <w:tcPr>
            <w:tcW w:w="5200" w:type="dxa"/>
            <w:tcMar>
              <w:top w:w="45" w:type="dxa"/>
              <w:left w:w="100" w:type="dxa"/>
              <w:bottom w:w="45" w:type="dxa"/>
              <w:right w:w="100" w:type="dxa"/>
            </w:tcMar>
            <w:vAlign w:val="center"/>
          </w:tcPr>
          <w:p w14:paraId="584AFEAE" w14:textId="222CC05A" w:rsidR="006D7D13" w:rsidRDefault="003610E9">
            <w:pPr>
              <w:spacing w:after="0" w:line="240" w:lineRule="auto"/>
            </w:pPr>
            <w:r>
              <w:rPr>
                <w:color w:val="000000"/>
                <w:sz w:val="16"/>
              </w:rPr>
              <w:t xml:space="preserve">UAP performed the nursing procedure accurately according to the </w:t>
            </w:r>
            <w:r w:rsidR="001646A5">
              <w:rPr>
                <w:color w:val="000000"/>
                <w:sz w:val="16"/>
              </w:rPr>
              <w:t>documented</w:t>
            </w:r>
            <w:r>
              <w:rPr>
                <w:color w:val="000000"/>
                <w:sz w:val="16"/>
              </w:rPr>
              <w:t xml:space="preserve"> instructions.</w:t>
            </w:r>
          </w:p>
        </w:tc>
        <w:tc>
          <w:tcPr>
            <w:tcW w:w="700" w:type="dxa"/>
            <w:tcMar>
              <w:top w:w="45" w:type="dxa"/>
              <w:left w:w="100" w:type="dxa"/>
              <w:bottom w:w="45" w:type="dxa"/>
              <w:right w:w="100" w:type="dxa"/>
            </w:tcMar>
            <w:vAlign w:val="center"/>
          </w:tcPr>
          <w:p w14:paraId="501938BE" w14:textId="56B46A74" w:rsidR="006D7D13" w:rsidRDefault="00C36810">
            <w:pPr>
              <w:spacing w:after="0" w:line="240" w:lineRule="auto"/>
            </w:pPr>
            <w:r>
              <w:fldChar w:fldCharType="begin">
                <w:ffData>
                  <w:name w:val="Check14"/>
                  <w:enabled/>
                  <w:calcOnExit w:val="0"/>
                  <w:checkBox>
                    <w:sizeAuto/>
                    <w:default w:val="0"/>
                  </w:checkBox>
                </w:ffData>
              </w:fldChar>
            </w:r>
            <w:bookmarkStart w:id="13" w:name="Check14"/>
            <w:r>
              <w:instrText xml:space="preserve"> FORMCHECKBOX </w:instrText>
            </w:r>
            <w:r>
              <w:fldChar w:fldCharType="separate"/>
            </w:r>
            <w:r>
              <w:fldChar w:fldCharType="end"/>
            </w:r>
            <w:bookmarkEnd w:id="13"/>
          </w:p>
        </w:tc>
        <w:tc>
          <w:tcPr>
            <w:tcW w:w="700" w:type="dxa"/>
            <w:tcMar>
              <w:top w:w="45" w:type="dxa"/>
              <w:left w:w="100" w:type="dxa"/>
              <w:bottom w:w="45" w:type="dxa"/>
              <w:right w:w="100" w:type="dxa"/>
            </w:tcMar>
            <w:vAlign w:val="center"/>
          </w:tcPr>
          <w:p w14:paraId="72A2C190" w14:textId="225E695C" w:rsidR="006D7D13" w:rsidRDefault="00C36810">
            <w:pPr>
              <w:spacing w:after="0" w:line="240" w:lineRule="auto"/>
            </w:pPr>
            <w:r>
              <w:fldChar w:fldCharType="begin">
                <w:ffData>
                  <w:name w:val="Check15"/>
                  <w:enabled/>
                  <w:calcOnExit w:val="0"/>
                  <w:checkBox>
                    <w:sizeAuto/>
                    <w:default w:val="0"/>
                  </w:checkBox>
                </w:ffData>
              </w:fldChar>
            </w:r>
            <w:bookmarkStart w:id="14" w:name="Check15"/>
            <w:r>
              <w:instrText xml:space="preserve"> FORMCHECKBOX </w:instrText>
            </w:r>
            <w:r>
              <w:fldChar w:fldCharType="separate"/>
            </w:r>
            <w:r>
              <w:fldChar w:fldCharType="end"/>
            </w:r>
            <w:bookmarkEnd w:id="14"/>
          </w:p>
        </w:tc>
        <w:tc>
          <w:tcPr>
            <w:tcW w:w="3640" w:type="dxa"/>
            <w:tcMar>
              <w:top w:w="45" w:type="dxa"/>
              <w:left w:w="100" w:type="dxa"/>
              <w:bottom w:w="45" w:type="dxa"/>
              <w:right w:w="100" w:type="dxa"/>
            </w:tcMar>
            <w:vAlign w:val="center"/>
          </w:tcPr>
          <w:p w14:paraId="68E8AAC5" w14:textId="3A86D08B"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677C12E1" w14:textId="77777777" w:rsidTr="001646A5">
        <w:tc>
          <w:tcPr>
            <w:tcW w:w="5200" w:type="dxa"/>
            <w:tcMar>
              <w:top w:w="45" w:type="dxa"/>
              <w:left w:w="100" w:type="dxa"/>
              <w:bottom w:w="45" w:type="dxa"/>
              <w:right w:w="100" w:type="dxa"/>
            </w:tcMar>
            <w:vAlign w:val="center"/>
          </w:tcPr>
          <w:p w14:paraId="4054073A" w14:textId="77777777" w:rsidR="006D7D13" w:rsidRDefault="003610E9">
            <w:pPr>
              <w:spacing w:after="0" w:line="240" w:lineRule="auto"/>
            </w:pPr>
            <w:r>
              <w:rPr>
                <w:color w:val="000000"/>
                <w:sz w:val="16"/>
              </w:rPr>
              <w:t>RN addressed questions raised by the UAP during the evaluation.</w:t>
            </w:r>
          </w:p>
        </w:tc>
        <w:tc>
          <w:tcPr>
            <w:tcW w:w="700" w:type="dxa"/>
            <w:tcMar>
              <w:top w:w="45" w:type="dxa"/>
              <w:left w:w="100" w:type="dxa"/>
              <w:bottom w:w="45" w:type="dxa"/>
              <w:right w:w="100" w:type="dxa"/>
            </w:tcMar>
            <w:vAlign w:val="center"/>
          </w:tcPr>
          <w:p w14:paraId="72A60AD1" w14:textId="16BDA141" w:rsidR="006D7D13" w:rsidRDefault="00C36810">
            <w:pPr>
              <w:spacing w:after="0" w:line="240" w:lineRule="auto"/>
            </w:pPr>
            <w:r>
              <w:fldChar w:fldCharType="begin">
                <w:ffData>
                  <w:name w:val="Check16"/>
                  <w:enabled/>
                  <w:calcOnExit w:val="0"/>
                  <w:checkBox>
                    <w:sizeAuto/>
                    <w:default w:val="0"/>
                  </w:checkBox>
                </w:ffData>
              </w:fldChar>
            </w:r>
            <w:bookmarkStart w:id="15" w:name="Check16"/>
            <w:r>
              <w:instrText xml:space="preserve"> FORMCHECKBOX </w:instrText>
            </w:r>
            <w:r>
              <w:fldChar w:fldCharType="separate"/>
            </w:r>
            <w:r>
              <w:fldChar w:fldCharType="end"/>
            </w:r>
            <w:bookmarkEnd w:id="15"/>
          </w:p>
        </w:tc>
        <w:tc>
          <w:tcPr>
            <w:tcW w:w="700" w:type="dxa"/>
            <w:tcMar>
              <w:top w:w="45" w:type="dxa"/>
              <w:left w:w="100" w:type="dxa"/>
              <w:bottom w:w="45" w:type="dxa"/>
              <w:right w:w="100" w:type="dxa"/>
            </w:tcMar>
            <w:vAlign w:val="center"/>
          </w:tcPr>
          <w:p w14:paraId="66F9F074" w14:textId="55A1B3E6" w:rsidR="006D7D13" w:rsidRDefault="00C36810">
            <w:pPr>
              <w:spacing w:after="0" w:line="240" w:lineRule="auto"/>
            </w:pPr>
            <w:r>
              <w:fldChar w:fldCharType="begin">
                <w:ffData>
                  <w:name w:val="Check17"/>
                  <w:enabled/>
                  <w:calcOnExit w:val="0"/>
                  <w:checkBox>
                    <w:sizeAuto/>
                    <w:default w:val="0"/>
                  </w:checkBox>
                </w:ffData>
              </w:fldChar>
            </w:r>
            <w:bookmarkStart w:id="16" w:name="Check17"/>
            <w:r>
              <w:instrText xml:space="preserve"> FORMCHECKBOX </w:instrText>
            </w:r>
            <w:r>
              <w:fldChar w:fldCharType="separate"/>
            </w:r>
            <w:r>
              <w:fldChar w:fldCharType="end"/>
            </w:r>
            <w:bookmarkEnd w:id="16"/>
          </w:p>
        </w:tc>
        <w:tc>
          <w:tcPr>
            <w:tcW w:w="3640" w:type="dxa"/>
            <w:tcMar>
              <w:top w:w="45" w:type="dxa"/>
              <w:left w:w="100" w:type="dxa"/>
              <w:bottom w:w="45" w:type="dxa"/>
              <w:right w:w="100" w:type="dxa"/>
            </w:tcMar>
            <w:vAlign w:val="center"/>
          </w:tcPr>
          <w:p w14:paraId="1D8A8E26" w14:textId="0C8B4616"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DED4218" w14:textId="2EED3FC2" w:rsidR="006D7D13" w:rsidRDefault="003610E9">
      <w:pPr>
        <w:spacing w:before="140" w:after="60" w:line="240" w:lineRule="auto"/>
      </w:pPr>
      <w:r>
        <w:rPr>
          <w:b/>
          <w:color w:val="1F4D78"/>
          <w:sz w:val="22"/>
        </w:rPr>
        <w:t>4. PERIODIC PERFORMANCE EVALUATION — WHEN APPLICABLE</w:t>
      </w:r>
    </w:p>
    <w:p w14:paraId="320D4BF7" w14:textId="77777777" w:rsidR="006D7D13" w:rsidRDefault="003610E9">
      <w:pPr>
        <w:spacing w:line="247" w:lineRule="auto"/>
      </w:pPr>
      <w:r>
        <w:rPr>
          <w:i/>
          <w:color w:val="666666"/>
          <w:sz w:val="16"/>
        </w:rPr>
        <w:t>Complete as part of the RN’s periodic inspection and evaluation.</w:t>
      </w:r>
    </w:p>
    <w:tbl>
      <w:tblPr>
        <w:tblStyle w:val="TableGrid"/>
        <w:tblW w:w="10240" w:type="dxa"/>
        <w:tblInd w:w="120" w:type="dxa"/>
        <w:tblLayout w:type="fixed"/>
        <w:tblLook w:val="04A0" w:firstRow="1" w:lastRow="0" w:firstColumn="1" w:lastColumn="0" w:noHBand="0" w:noVBand="1"/>
      </w:tblPr>
      <w:tblGrid>
        <w:gridCol w:w="5200"/>
        <w:gridCol w:w="700"/>
        <w:gridCol w:w="700"/>
        <w:gridCol w:w="3640"/>
      </w:tblGrid>
      <w:tr w:rsidR="006D7D13" w14:paraId="21F3A8F6" w14:textId="77777777" w:rsidTr="001646A5">
        <w:trPr>
          <w:tblHeader/>
        </w:trPr>
        <w:tc>
          <w:tcPr>
            <w:tcW w:w="5200" w:type="dxa"/>
            <w:shd w:val="clear" w:color="auto" w:fill="1F4D78"/>
            <w:tcMar>
              <w:top w:w="45" w:type="dxa"/>
              <w:left w:w="100" w:type="dxa"/>
              <w:bottom w:w="45" w:type="dxa"/>
              <w:right w:w="100" w:type="dxa"/>
            </w:tcMar>
            <w:vAlign w:val="center"/>
          </w:tcPr>
          <w:p w14:paraId="432813E1" w14:textId="77777777" w:rsidR="006D7D13" w:rsidRDefault="003610E9">
            <w:pPr>
              <w:spacing w:after="0" w:line="240" w:lineRule="auto"/>
              <w:jc w:val="center"/>
            </w:pPr>
            <w:r>
              <w:rPr>
                <w:b/>
                <w:color w:val="FFFFFF"/>
                <w:sz w:val="15"/>
              </w:rPr>
              <w:t>Required Periodic Element</w:t>
            </w:r>
          </w:p>
        </w:tc>
        <w:tc>
          <w:tcPr>
            <w:tcW w:w="700" w:type="dxa"/>
            <w:shd w:val="clear" w:color="auto" w:fill="1F4D78"/>
            <w:tcMar>
              <w:top w:w="45" w:type="dxa"/>
              <w:left w:w="100" w:type="dxa"/>
              <w:bottom w:w="45" w:type="dxa"/>
              <w:right w:w="100" w:type="dxa"/>
            </w:tcMar>
            <w:vAlign w:val="center"/>
          </w:tcPr>
          <w:p w14:paraId="738F6DB6" w14:textId="77777777" w:rsidR="006D7D13" w:rsidRDefault="003610E9">
            <w:pPr>
              <w:spacing w:after="0" w:line="240" w:lineRule="auto"/>
              <w:jc w:val="center"/>
            </w:pPr>
            <w:r>
              <w:rPr>
                <w:b/>
                <w:color w:val="FFFFFF"/>
                <w:sz w:val="15"/>
              </w:rPr>
              <w:t>Yes</w:t>
            </w:r>
          </w:p>
        </w:tc>
        <w:tc>
          <w:tcPr>
            <w:tcW w:w="700" w:type="dxa"/>
            <w:shd w:val="clear" w:color="auto" w:fill="1F4D78"/>
            <w:tcMar>
              <w:top w:w="45" w:type="dxa"/>
              <w:left w:w="100" w:type="dxa"/>
              <w:bottom w:w="45" w:type="dxa"/>
              <w:right w:w="100" w:type="dxa"/>
            </w:tcMar>
            <w:vAlign w:val="center"/>
          </w:tcPr>
          <w:p w14:paraId="6070CA30" w14:textId="77777777" w:rsidR="006D7D13" w:rsidRDefault="003610E9">
            <w:pPr>
              <w:spacing w:after="0" w:line="240" w:lineRule="auto"/>
              <w:jc w:val="center"/>
            </w:pPr>
            <w:r>
              <w:rPr>
                <w:b/>
                <w:color w:val="FFFFFF"/>
                <w:sz w:val="15"/>
              </w:rPr>
              <w:t>No</w:t>
            </w:r>
          </w:p>
        </w:tc>
        <w:tc>
          <w:tcPr>
            <w:tcW w:w="3640" w:type="dxa"/>
            <w:shd w:val="clear" w:color="auto" w:fill="1F4D78"/>
            <w:tcMar>
              <w:top w:w="45" w:type="dxa"/>
              <w:left w:w="100" w:type="dxa"/>
              <w:bottom w:w="45" w:type="dxa"/>
              <w:right w:w="100" w:type="dxa"/>
            </w:tcMar>
            <w:vAlign w:val="center"/>
          </w:tcPr>
          <w:p w14:paraId="62098301" w14:textId="77777777" w:rsidR="006D7D13" w:rsidRDefault="003610E9">
            <w:pPr>
              <w:spacing w:after="0" w:line="240" w:lineRule="auto"/>
              <w:jc w:val="center"/>
            </w:pPr>
            <w:r>
              <w:rPr>
                <w:b/>
                <w:color w:val="FFFFFF"/>
                <w:sz w:val="15"/>
              </w:rPr>
              <w:t>RN Findings / Action Taken</w:t>
            </w:r>
          </w:p>
        </w:tc>
      </w:tr>
      <w:tr w:rsidR="006D7D13" w14:paraId="2EED10F9" w14:textId="77777777" w:rsidTr="001646A5">
        <w:tc>
          <w:tcPr>
            <w:tcW w:w="5200" w:type="dxa"/>
            <w:tcMar>
              <w:top w:w="45" w:type="dxa"/>
              <w:left w:w="100" w:type="dxa"/>
              <w:bottom w:w="45" w:type="dxa"/>
              <w:right w:w="100" w:type="dxa"/>
            </w:tcMar>
            <w:vAlign w:val="center"/>
          </w:tcPr>
          <w:p w14:paraId="1BA5B8EA" w14:textId="77777777" w:rsidR="006D7D13" w:rsidRDefault="003610E9">
            <w:pPr>
              <w:spacing w:after="0" w:line="240" w:lineRule="auto"/>
            </w:pPr>
            <w:r>
              <w:rPr>
                <w:color w:val="000000"/>
                <w:sz w:val="16"/>
              </w:rPr>
              <w:t>RN verified the UAP’s documentation of the nursing procedure.</w:t>
            </w:r>
          </w:p>
        </w:tc>
        <w:tc>
          <w:tcPr>
            <w:tcW w:w="700" w:type="dxa"/>
            <w:tcMar>
              <w:top w:w="45" w:type="dxa"/>
              <w:left w:w="100" w:type="dxa"/>
              <w:bottom w:w="45" w:type="dxa"/>
              <w:right w:w="100" w:type="dxa"/>
            </w:tcMar>
            <w:vAlign w:val="center"/>
          </w:tcPr>
          <w:p w14:paraId="3FB3B0CA" w14:textId="657CEB8B" w:rsidR="006D7D13" w:rsidRDefault="00C36810">
            <w:pPr>
              <w:spacing w:after="0" w:line="240" w:lineRule="auto"/>
            </w:pPr>
            <w:r>
              <w:fldChar w:fldCharType="begin">
                <w:ffData>
                  <w:name w:val="Check18"/>
                  <w:enabled/>
                  <w:calcOnExit w:val="0"/>
                  <w:checkBox>
                    <w:sizeAuto/>
                    <w:default w:val="0"/>
                  </w:checkBox>
                </w:ffData>
              </w:fldChar>
            </w:r>
            <w:bookmarkStart w:id="17" w:name="Check18"/>
            <w:r>
              <w:instrText xml:space="preserve"> FORMCHECKBOX </w:instrText>
            </w:r>
            <w:r>
              <w:fldChar w:fldCharType="separate"/>
            </w:r>
            <w:r>
              <w:fldChar w:fldCharType="end"/>
            </w:r>
            <w:bookmarkEnd w:id="17"/>
          </w:p>
        </w:tc>
        <w:tc>
          <w:tcPr>
            <w:tcW w:w="700" w:type="dxa"/>
            <w:tcMar>
              <w:top w:w="45" w:type="dxa"/>
              <w:left w:w="100" w:type="dxa"/>
              <w:bottom w:w="45" w:type="dxa"/>
              <w:right w:w="100" w:type="dxa"/>
            </w:tcMar>
            <w:vAlign w:val="center"/>
          </w:tcPr>
          <w:p w14:paraId="6B920FAB" w14:textId="67F78B8E" w:rsidR="006D7D13" w:rsidRDefault="00C36810">
            <w:pPr>
              <w:spacing w:after="0" w:line="240" w:lineRule="auto"/>
            </w:pPr>
            <w:r>
              <w:fldChar w:fldCharType="begin">
                <w:ffData>
                  <w:name w:val="Check19"/>
                  <w:enabled/>
                  <w:calcOnExit w:val="0"/>
                  <w:checkBox>
                    <w:sizeAuto/>
                    <w:default w:val="0"/>
                  </w:checkBox>
                </w:ffData>
              </w:fldChar>
            </w:r>
            <w:bookmarkStart w:id="18" w:name="Check19"/>
            <w:r>
              <w:instrText xml:space="preserve"> FORMCHECKBOX </w:instrText>
            </w:r>
            <w:r>
              <w:fldChar w:fldCharType="separate"/>
            </w:r>
            <w:r>
              <w:fldChar w:fldCharType="end"/>
            </w:r>
            <w:bookmarkEnd w:id="18"/>
          </w:p>
        </w:tc>
        <w:tc>
          <w:tcPr>
            <w:tcW w:w="3640" w:type="dxa"/>
            <w:tcMar>
              <w:top w:w="45" w:type="dxa"/>
              <w:left w:w="100" w:type="dxa"/>
              <w:bottom w:w="45" w:type="dxa"/>
              <w:right w:w="100" w:type="dxa"/>
            </w:tcMar>
            <w:vAlign w:val="center"/>
          </w:tcPr>
          <w:p w14:paraId="5D700E9A" w14:textId="78B86AD0"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3F7C119F" w14:textId="77777777" w:rsidTr="001646A5">
        <w:tc>
          <w:tcPr>
            <w:tcW w:w="5200" w:type="dxa"/>
            <w:tcMar>
              <w:top w:w="45" w:type="dxa"/>
              <w:left w:w="100" w:type="dxa"/>
              <w:bottom w:w="45" w:type="dxa"/>
              <w:right w:w="100" w:type="dxa"/>
            </w:tcMar>
            <w:vAlign w:val="center"/>
          </w:tcPr>
          <w:p w14:paraId="57B0F0EE" w14:textId="77777777" w:rsidR="006D7D13" w:rsidRDefault="003610E9">
            <w:pPr>
              <w:spacing w:after="0" w:line="240" w:lineRule="auto"/>
            </w:pPr>
            <w:r>
              <w:rPr>
                <w:color w:val="000000"/>
                <w:sz w:val="16"/>
              </w:rPr>
              <w:t>RN addressed questions or concerns raised by the UAP or resident/client.</w:t>
            </w:r>
          </w:p>
        </w:tc>
        <w:tc>
          <w:tcPr>
            <w:tcW w:w="700" w:type="dxa"/>
            <w:tcMar>
              <w:top w:w="45" w:type="dxa"/>
              <w:left w:w="100" w:type="dxa"/>
              <w:bottom w:w="45" w:type="dxa"/>
              <w:right w:w="100" w:type="dxa"/>
            </w:tcMar>
            <w:vAlign w:val="center"/>
          </w:tcPr>
          <w:p w14:paraId="3A17B773" w14:textId="3208FF08" w:rsidR="006D7D13" w:rsidRDefault="00C36810">
            <w:pPr>
              <w:spacing w:after="0" w:line="240" w:lineRule="auto"/>
            </w:pPr>
            <w:r>
              <w:fldChar w:fldCharType="begin">
                <w:ffData>
                  <w:name w:val="Check20"/>
                  <w:enabled/>
                  <w:calcOnExit w:val="0"/>
                  <w:checkBox>
                    <w:sizeAuto/>
                    <w:default w:val="0"/>
                  </w:checkBox>
                </w:ffData>
              </w:fldChar>
            </w:r>
            <w:bookmarkStart w:id="19" w:name="Check20"/>
            <w:r>
              <w:instrText xml:space="preserve"> FORMCHECKBOX </w:instrText>
            </w:r>
            <w:r>
              <w:fldChar w:fldCharType="separate"/>
            </w:r>
            <w:r>
              <w:fldChar w:fldCharType="end"/>
            </w:r>
            <w:bookmarkEnd w:id="19"/>
          </w:p>
        </w:tc>
        <w:tc>
          <w:tcPr>
            <w:tcW w:w="700" w:type="dxa"/>
            <w:tcMar>
              <w:top w:w="45" w:type="dxa"/>
              <w:left w:w="100" w:type="dxa"/>
              <w:bottom w:w="45" w:type="dxa"/>
              <w:right w:w="100" w:type="dxa"/>
            </w:tcMar>
            <w:vAlign w:val="center"/>
          </w:tcPr>
          <w:p w14:paraId="3AE57A37" w14:textId="21F51596" w:rsidR="006D7D13" w:rsidRDefault="00C36810">
            <w:pPr>
              <w:spacing w:after="0" w:line="240" w:lineRule="auto"/>
            </w:pPr>
            <w:r>
              <w:fldChar w:fldCharType="begin">
                <w:ffData>
                  <w:name w:val="Check21"/>
                  <w:enabled/>
                  <w:calcOnExit w:val="0"/>
                  <w:checkBox>
                    <w:sizeAuto/>
                    <w:default w:val="0"/>
                  </w:checkBox>
                </w:ffData>
              </w:fldChar>
            </w:r>
            <w:bookmarkStart w:id="20" w:name="Check21"/>
            <w:r>
              <w:instrText xml:space="preserve"> FORMCHECKBOX </w:instrText>
            </w:r>
            <w:r>
              <w:fldChar w:fldCharType="separate"/>
            </w:r>
            <w:r>
              <w:fldChar w:fldCharType="end"/>
            </w:r>
            <w:bookmarkEnd w:id="20"/>
          </w:p>
        </w:tc>
        <w:tc>
          <w:tcPr>
            <w:tcW w:w="3640" w:type="dxa"/>
            <w:tcMar>
              <w:top w:w="45" w:type="dxa"/>
              <w:left w:w="100" w:type="dxa"/>
              <w:bottom w:w="45" w:type="dxa"/>
              <w:right w:w="100" w:type="dxa"/>
            </w:tcMar>
            <w:vAlign w:val="center"/>
          </w:tcPr>
          <w:p w14:paraId="108E55BE" w14:textId="70BAB6CE"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7816D45B" w14:textId="77777777" w:rsidTr="001646A5">
        <w:tc>
          <w:tcPr>
            <w:tcW w:w="5200" w:type="dxa"/>
            <w:tcMar>
              <w:top w:w="45" w:type="dxa"/>
              <w:left w:w="100" w:type="dxa"/>
              <w:bottom w:w="45" w:type="dxa"/>
              <w:right w:w="100" w:type="dxa"/>
            </w:tcMar>
            <w:vAlign w:val="center"/>
          </w:tcPr>
          <w:p w14:paraId="15BCD210" w14:textId="44F68F17" w:rsidR="006D7D13" w:rsidRDefault="003610E9">
            <w:pPr>
              <w:spacing w:after="0" w:line="240" w:lineRule="auto"/>
            </w:pPr>
            <w:r>
              <w:rPr>
                <w:color w:val="000000"/>
                <w:sz w:val="16"/>
              </w:rPr>
              <w:t xml:space="preserve">RN directly observed the UAP </w:t>
            </w:r>
            <w:r w:rsidR="00DF1EF5">
              <w:rPr>
                <w:color w:val="000000"/>
                <w:sz w:val="16"/>
              </w:rPr>
              <w:t xml:space="preserve">accurately </w:t>
            </w:r>
            <w:r>
              <w:rPr>
                <w:color w:val="000000"/>
                <w:sz w:val="16"/>
              </w:rPr>
              <w:t>perform</w:t>
            </w:r>
            <w:r w:rsidR="00DF1EF5">
              <w:rPr>
                <w:color w:val="000000"/>
                <w:sz w:val="16"/>
              </w:rPr>
              <w:t>ing</w:t>
            </w:r>
            <w:r>
              <w:rPr>
                <w:color w:val="000000"/>
                <w:sz w:val="16"/>
              </w:rPr>
              <w:t xml:space="preserve"> the nursing procedure.</w:t>
            </w:r>
          </w:p>
        </w:tc>
        <w:tc>
          <w:tcPr>
            <w:tcW w:w="700" w:type="dxa"/>
            <w:tcMar>
              <w:top w:w="45" w:type="dxa"/>
              <w:left w:w="100" w:type="dxa"/>
              <w:bottom w:w="45" w:type="dxa"/>
              <w:right w:w="100" w:type="dxa"/>
            </w:tcMar>
            <w:vAlign w:val="center"/>
          </w:tcPr>
          <w:p w14:paraId="07D3665D" w14:textId="43A3FB40" w:rsidR="006D7D13" w:rsidRDefault="00C36810">
            <w:pPr>
              <w:spacing w:after="0" w:line="240" w:lineRule="auto"/>
            </w:pPr>
            <w:r>
              <w:fldChar w:fldCharType="begin">
                <w:ffData>
                  <w:name w:val="Check22"/>
                  <w:enabled/>
                  <w:calcOnExit w:val="0"/>
                  <w:checkBox>
                    <w:sizeAuto/>
                    <w:default w:val="0"/>
                  </w:checkBox>
                </w:ffData>
              </w:fldChar>
            </w:r>
            <w:bookmarkStart w:id="21" w:name="Check22"/>
            <w:r>
              <w:instrText xml:space="preserve"> FORMCHECKBOX </w:instrText>
            </w:r>
            <w:r>
              <w:fldChar w:fldCharType="separate"/>
            </w:r>
            <w:r>
              <w:fldChar w:fldCharType="end"/>
            </w:r>
            <w:bookmarkEnd w:id="21"/>
          </w:p>
        </w:tc>
        <w:tc>
          <w:tcPr>
            <w:tcW w:w="700" w:type="dxa"/>
            <w:tcMar>
              <w:top w:w="45" w:type="dxa"/>
              <w:left w:w="100" w:type="dxa"/>
              <w:bottom w:w="45" w:type="dxa"/>
              <w:right w:w="100" w:type="dxa"/>
            </w:tcMar>
            <w:vAlign w:val="center"/>
          </w:tcPr>
          <w:p w14:paraId="540ABA40" w14:textId="57EF2EC6" w:rsidR="006D7D13" w:rsidRDefault="00C36810">
            <w:pPr>
              <w:spacing w:after="0" w:line="240" w:lineRule="auto"/>
            </w:pPr>
            <w:r>
              <w:fldChar w:fldCharType="begin">
                <w:ffData>
                  <w:name w:val="Check23"/>
                  <w:enabled/>
                  <w:calcOnExit w:val="0"/>
                  <w:checkBox>
                    <w:sizeAuto/>
                    <w:default w:val="0"/>
                  </w:checkBox>
                </w:ffData>
              </w:fldChar>
            </w:r>
            <w:bookmarkStart w:id="22" w:name="Check23"/>
            <w:r>
              <w:instrText xml:space="preserve"> FORMCHECKBOX </w:instrText>
            </w:r>
            <w:r>
              <w:fldChar w:fldCharType="separate"/>
            </w:r>
            <w:r>
              <w:fldChar w:fldCharType="end"/>
            </w:r>
            <w:bookmarkEnd w:id="22"/>
          </w:p>
        </w:tc>
        <w:tc>
          <w:tcPr>
            <w:tcW w:w="3640" w:type="dxa"/>
            <w:tcMar>
              <w:top w:w="45" w:type="dxa"/>
              <w:left w:w="100" w:type="dxa"/>
              <w:bottom w:w="45" w:type="dxa"/>
              <w:right w:w="100" w:type="dxa"/>
            </w:tcMar>
            <w:vAlign w:val="center"/>
          </w:tcPr>
          <w:p w14:paraId="3A98197E" w14:textId="1AB3524C"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D7D13" w14:paraId="3CEFF156" w14:textId="77777777" w:rsidTr="001646A5">
        <w:tc>
          <w:tcPr>
            <w:tcW w:w="5200" w:type="dxa"/>
            <w:tcMar>
              <w:top w:w="45" w:type="dxa"/>
              <w:left w:w="100" w:type="dxa"/>
              <w:bottom w:w="45" w:type="dxa"/>
              <w:right w:w="100" w:type="dxa"/>
            </w:tcMar>
            <w:vAlign w:val="center"/>
          </w:tcPr>
          <w:p w14:paraId="772E5F2B" w14:textId="17BFB122" w:rsidR="006D7D13" w:rsidRDefault="003610E9">
            <w:pPr>
              <w:spacing w:after="0" w:line="240" w:lineRule="auto"/>
            </w:pPr>
            <w:r>
              <w:rPr>
                <w:color w:val="000000"/>
                <w:sz w:val="16"/>
              </w:rPr>
              <w:t>UAP continues to possess the necessary skills and remains willing and able</w:t>
            </w:r>
            <w:r w:rsidR="001646A5">
              <w:rPr>
                <w:color w:val="000000"/>
                <w:sz w:val="16"/>
              </w:rPr>
              <w:t xml:space="preserve"> to perform the nursing procedure</w:t>
            </w:r>
            <w:r>
              <w:rPr>
                <w:color w:val="000000"/>
                <w:sz w:val="16"/>
              </w:rPr>
              <w:t>.</w:t>
            </w:r>
          </w:p>
        </w:tc>
        <w:tc>
          <w:tcPr>
            <w:tcW w:w="700" w:type="dxa"/>
            <w:tcMar>
              <w:top w:w="45" w:type="dxa"/>
              <w:left w:w="100" w:type="dxa"/>
              <w:bottom w:w="45" w:type="dxa"/>
              <w:right w:w="100" w:type="dxa"/>
            </w:tcMar>
            <w:vAlign w:val="center"/>
          </w:tcPr>
          <w:p w14:paraId="4905ED55" w14:textId="16A15B06" w:rsidR="006D7D13" w:rsidRDefault="00C36810">
            <w:pPr>
              <w:spacing w:after="0" w:line="240" w:lineRule="auto"/>
            </w:pPr>
            <w:r>
              <w:fldChar w:fldCharType="begin">
                <w:ffData>
                  <w:name w:val="Check24"/>
                  <w:enabled/>
                  <w:calcOnExit w:val="0"/>
                  <w:checkBox>
                    <w:sizeAuto/>
                    <w:default w:val="0"/>
                  </w:checkBox>
                </w:ffData>
              </w:fldChar>
            </w:r>
            <w:bookmarkStart w:id="23" w:name="Check24"/>
            <w:r>
              <w:instrText xml:space="preserve"> FORMCHECKBOX </w:instrText>
            </w:r>
            <w:r>
              <w:fldChar w:fldCharType="separate"/>
            </w:r>
            <w:r>
              <w:fldChar w:fldCharType="end"/>
            </w:r>
            <w:bookmarkEnd w:id="23"/>
          </w:p>
        </w:tc>
        <w:tc>
          <w:tcPr>
            <w:tcW w:w="700" w:type="dxa"/>
            <w:tcMar>
              <w:top w:w="45" w:type="dxa"/>
              <w:left w:w="100" w:type="dxa"/>
              <w:bottom w:w="45" w:type="dxa"/>
              <w:right w:w="100" w:type="dxa"/>
            </w:tcMar>
            <w:vAlign w:val="center"/>
          </w:tcPr>
          <w:p w14:paraId="036EA156" w14:textId="2725949B" w:rsidR="006D7D13" w:rsidRDefault="00C36810">
            <w:pPr>
              <w:spacing w:after="0" w:line="240" w:lineRule="auto"/>
            </w:pPr>
            <w:r>
              <w:fldChar w:fldCharType="begin">
                <w:ffData>
                  <w:name w:val="Check25"/>
                  <w:enabled/>
                  <w:calcOnExit w:val="0"/>
                  <w:checkBox>
                    <w:sizeAuto/>
                    <w:default w:val="0"/>
                  </w:checkBox>
                </w:ffData>
              </w:fldChar>
            </w:r>
            <w:bookmarkStart w:id="24" w:name="Check25"/>
            <w:r>
              <w:instrText xml:space="preserve"> FORMCHECKBOX </w:instrText>
            </w:r>
            <w:r>
              <w:fldChar w:fldCharType="separate"/>
            </w:r>
            <w:r>
              <w:fldChar w:fldCharType="end"/>
            </w:r>
            <w:bookmarkEnd w:id="24"/>
          </w:p>
        </w:tc>
        <w:tc>
          <w:tcPr>
            <w:tcW w:w="3640" w:type="dxa"/>
            <w:tcMar>
              <w:top w:w="45" w:type="dxa"/>
              <w:left w:w="100" w:type="dxa"/>
              <w:bottom w:w="45" w:type="dxa"/>
              <w:right w:w="100" w:type="dxa"/>
            </w:tcMar>
            <w:vAlign w:val="center"/>
          </w:tcPr>
          <w:p w14:paraId="46301059" w14:textId="12E464CF" w:rsidR="006D7D13"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0A4343" w14:textId="77777777" w:rsidR="006D7D13" w:rsidRDefault="003610E9">
      <w:pPr>
        <w:spacing w:before="140" w:after="60" w:line="240" w:lineRule="auto"/>
      </w:pPr>
      <w:r>
        <w:rPr>
          <w:b/>
          <w:color w:val="1F4D78"/>
          <w:sz w:val="22"/>
        </w:rPr>
        <w:t>5. RN COMPETENCY DETERMINATION</w:t>
      </w:r>
    </w:p>
    <w:tbl>
      <w:tblPr>
        <w:tblStyle w:val="TableGrid"/>
        <w:tblW w:w="10240" w:type="dxa"/>
        <w:tblInd w:w="120" w:type="dxa"/>
        <w:tblLayout w:type="fixed"/>
        <w:tblLook w:val="04A0" w:firstRow="1" w:lastRow="0" w:firstColumn="1" w:lastColumn="0" w:noHBand="0" w:noVBand="1"/>
      </w:tblPr>
      <w:tblGrid>
        <w:gridCol w:w="2900"/>
        <w:gridCol w:w="7340"/>
      </w:tblGrid>
      <w:tr w:rsidR="006D7D13" w14:paraId="0B6F9390" w14:textId="77777777" w:rsidTr="001646A5">
        <w:tc>
          <w:tcPr>
            <w:tcW w:w="2900" w:type="dxa"/>
            <w:shd w:val="clear" w:color="auto" w:fill="E8EEF5"/>
            <w:tcMar>
              <w:top w:w="45" w:type="dxa"/>
              <w:left w:w="100" w:type="dxa"/>
              <w:bottom w:w="45" w:type="dxa"/>
              <w:right w:w="100" w:type="dxa"/>
            </w:tcMar>
            <w:vAlign w:val="center"/>
          </w:tcPr>
          <w:p w14:paraId="10C34513" w14:textId="34B43566" w:rsidR="006D7D13" w:rsidRDefault="003610E9">
            <w:pPr>
              <w:spacing w:after="0" w:line="240" w:lineRule="auto"/>
            </w:pPr>
            <w:r>
              <w:rPr>
                <w:b/>
                <w:color w:val="1F4D78"/>
                <w:sz w:val="16"/>
              </w:rPr>
              <w:t>RN Determination</w:t>
            </w:r>
            <w:r w:rsidR="00BC245B">
              <w:rPr>
                <w:b/>
                <w:color w:val="1F4D78"/>
                <w:sz w:val="16"/>
              </w:rPr>
              <w:t xml:space="preserve"> to delegate to UAP</w:t>
            </w:r>
          </w:p>
        </w:tc>
        <w:tc>
          <w:tcPr>
            <w:tcW w:w="7340" w:type="dxa"/>
            <w:tcMar>
              <w:top w:w="45" w:type="dxa"/>
              <w:left w:w="100" w:type="dxa"/>
              <w:bottom w:w="45" w:type="dxa"/>
              <w:right w:w="100" w:type="dxa"/>
            </w:tcMar>
            <w:vAlign w:val="center"/>
          </w:tcPr>
          <w:p w14:paraId="2E3D9450" w14:textId="69AD64CD" w:rsidR="00C54487" w:rsidRPr="00BC245B" w:rsidRDefault="00C36810">
            <w:pPr>
              <w:spacing w:after="0" w:line="240" w:lineRule="auto"/>
              <w:rPr>
                <w:color w:val="000000"/>
                <w:sz w:val="17"/>
              </w:rPr>
            </w:pPr>
            <w:r>
              <w:rPr>
                <w:color w:val="000000"/>
                <w:sz w:val="17"/>
              </w:rPr>
              <w:fldChar w:fldCharType="begin">
                <w:ffData>
                  <w:name w:val="Check26"/>
                  <w:enabled/>
                  <w:calcOnExit w:val="0"/>
                  <w:checkBox>
                    <w:sizeAuto/>
                    <w:default w:val="0"/>
                  </w:checkBox>
                </w:ffData>
              </w:fldChar>
            </w:r>
            <w:bookmarkStart w:id="25" w:name="Check26"/>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5"/>
            <w:r w:rsidR="003610E9">
              <w:rPr>
                <w:color w:val="000000"/>
                <w:sz w:val="17"/>
              </w:rPr>
              <w:t xml:space="preserve"> I validated </w:t>
            </w:r>
            <w:r w:rsidR="001646A5">
              <w:rPr>
                <w:color w:val="000000"/>
                <w:sz w:val="17"/>
              </w:rPr>
              <w:t>the UAP’s</w:t>
            </w:r>
            <w:r w:rsidR="003610E9">
              <w:rPr>
                <w:color w:val="000000"/>
                <w:sz w:val="17"/>
              </w:rPr>
              <w:t xml:space="preserve"> accurate performance of the nursing procedur</w:t>
            </w:r>
            <w:r w:rsidR="00900845">
              <w:rPr>
                <w:color w:val="000000"/>
                <w:sz w:val="17"/>
              </w:rPr>
              <w:t>e</w:t>
            </w:r>
            <w:r w:rsidR="003610E9">
              <w:rPr>
                <w:color w:val="000000"/>
                <w:sz w:val="17"/>
              </w:rPr>
              <w:t>.</w:t>
            </w:r>
            <w:r w:rsidR="003610E9">
              <w:rPr>
                <w:color w:val="000000"/>
                <w:sz w:val="17"/>
              </w:rPr>
              <w:br/>
            </w:r>
            <w:r>
              <w:rPr>
                <w:color w:val="000000"/>
                <w:sz w:val="17"/>
              </w:rPr>
              <w:fldChar w:fldCharType="begin">
                <w:ffData>
                  <w:name w:val="Check27"/>
                  <w:enabled/>
                  <w:calcOnExit w:val="0"/>
                  <w:checkBox>
                    <w:sizeAuto/>
                    <w:default w:val="0"/>
                  </w:checkBox>
                </w:ffData>
              </w:fldChar>
            </w:r>
            <w:bookmarkStart w:id="26" w:name="Check27"/>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6"/>
            <w:r w:rsidR="00BC245B">
              <w:rPr>
                <w:color w:val="000000"/>
                <w:sz w:val="17"/>
              </w:rPr>
              <w:t xml:space="preserve"> The UAP has not demonstrated accurate performance of the nursing procedure.</w:t>
            </w:r>
          </w:p>
        </w:tc>
      </w:tr>
      <w:tr w:rsidR="00C54487" w14:paraId="3260FC94" w14:textId="77777777" w:rsidTr="001646A5">
        <w:tc>
          <w:tcPr>
            <w:tcW w:w="2900" w:type="dxa"/>
            <w:shd w:val="clear" w:color="auto" w:fill="E8EEF5"/>
            <w:tcMar>
              <w:top w:w="45" w:type="dxa"/>
              <w:left w:w="100" w:type="dxa"/>
              <w:bottom w:w="45" w:type="dxa"/>
              <w:right w:w="100" w:type="dxa"/>
            </w:tcMar>
            <w:vAlign w:val="center"/>
          </w:tcPr>
          <w:p w14:paraId="4E3F730C" w14:textId="4DA4C0DE" w:rsidR="00C54487" w:rsidRDefault="00C54487">
            <w:pPr>
              <w:spacing w:after="0" w:line="240" w:lineRule="auto"/>
              <w:rPr>
                <w:b/>
                <w:color w:val="1F4D78"/>
                <w:sz w:val="16"/>
              </w:rPr>
            </w:pPr>
            <w:r>
              <w:rPr>
                <w:b/>
                <w:color w:val="1F4D78"/>
                <w:sz w:val="16"/>
              </w:rPr>
              <w:t>RN Decision to not delegate to UAP</w:t>
            </w:r>
          </w:p>
        </w:tc>
        <w:tc>
          <w:tcPr>
            <w:tcW w:w="7340" w:type="dxa"/>
            <w:tcMar>
              <w:top w:w="45" w:type="dxa"/>
              <w:left w:w="100" w:type="dxa"/>
              <w:bottom w:w="45" w:type="dxa"/>
              <w:right w:w="100" w:type="dxa"/>
            </w:tcMar>
            <w:vAlign w:val="center"/>
          </w:tcPr>
          <w:p w14:paraId="73D97C0D" w14:textId="3C0A3E37" w:rsidR="00C54487" w:rsidRDefault="00C36810">
            <w:pPr>
              <w:spacing w:after="0" w:line="240" w:lineRule="auto"/>
              <w:rPr>
                <w:color w:val="000000"/>
                <w:sz w:val="17"/>
              </w:rPr>
            </w:pPr>
            <w:r>
              <w:rPr>
                <w:color w:val="000000"/>
                <w:sz w:val="17"/>
              </w:rPr>
              <w:fldChar w:fldCharType="begin">
                <w:ffData>
                  <w:name w:val="Check28"/>
                  <w:enabled/>
                  <w:calcOnExit w:val="0"/>
                  <w:checkBox>
                    <w:sizeAuto/>
                    <w:default w:val="0"/>
                  </w:checkBox>
                </w:ffData>
              </w:fldChar>
            </w:r>
            <w:bookmarkStart w:id="27" w:name="Check28"/>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7"/>
            <w:r w:rsidR="00C54487">
              <w:rPr>
                <w:color w:val="000000"/>
                <w:sz w:val="17"/>
              </w:rPr>
              <w:t xml:space="preserve"> The evaluation is incomplete; additional observation is required.</w:t>
            </w:r>
          </w:p>
          <w:p w14:paraId="31D176D7" w14:textId="4654E5B7" w:rsidR="00BC245B" w:rsidRDefault="00C36810" w:rsidP="00BC245B">
            <w:pPr>
              <w:spacing w:after="0" w:line="240" w:lineRule="auto"/>
              <w:rPr>
                <w:color w:val="000000"/>
                <w:sz w:val="17"/>
              </w:rPr>
            </w:pPr>
            <w:r>
              <w:rPr>
                <w:color w:val="000000"/>
                <w:sz w:val="17"/>
              </w:rPr>
              <w:fldChar w:fldCharType="begin">
                <w:ffData>
                  <w:name w:val="Check29"/>
                  <w:enabled/>
                  <w:calcOnExit w:val="0"/>
                  <w:checkBox>
                    <w:sizeAuto/>
                    <w:default w:val="0"/>
                  </w:checkBox>
                </w:ffData>
              </w:fldChar>
            </w:r>
            <w:bookmarkStart w:id="28" w:name="Check29"/>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8"/>
            <w:r w:rsidR="00BC245B">
              <w:rPr>
                <w:color w:val="000000"/>
                <w:sz w:val="17"/>
              </w:rPr>
              <w:t xml:space="preserve"> UAP does not meet the requirements for delegation.</w:t>
            </w:r>
          </w:p>
          <w:p w14:paraId="4D595DCC" w14:textId="034A4B3A" w:rsidR="00BC245B" w:rsidRDefault="00BC245B" w:rsidP="00BC245B">
            <w:pPr>
              <w:spacing w:after="0" w:line="240" w:lineRule="auto"/>
              <w:rPr>
                <w:color w:val="000000"/>
                <w:sz w:val="17"/>
              </w:rPr>
            </w:pPr>
            <w:r>
              <w:rPr>
                <w:color w:val="000000"/>
                <w:sz w:val="17"/>
              </w:rPr>
              <w:t>Nursing Rationale and follow-up plan:</w:t>
            </w:r>
            <w:r w:rsidR="000E1E07">
              <w:rPr>
                <w:color w:val="000000"/>
                <w:sz w:val="17"/>
              </w:rPr>
              <w:t xml:space="preserve"> </w:t>
            </w:r>
            <w:r w:rsidR="000E1E07">
              <w:fldChar w:fldCharType="begin">
                <w:ffData>
                  <w:name w:val="Text5"/>
                  <w:enabled/>
                  <w:calcOnExit w:val="0"/>
                  <w:textInput/>
                </w:ffData>
              </w:fldChar>
            </w:r>
            <w:r w:rsidR="000E1E07">
              <w:instrText xml:space="preserve"> FORMTEXT </w:instrText>
            </w:r>
            <w:r w:rsidR="000E1E07">
              <w:fldChar w:fldCharType="separate"/>
            </w:r>
            <w:r w:rsidR="000E1E07">
              <w:rPr>
                <w:noProof/>
              </w:rPr>
              <w:t> </w:t>
            </w:r>
            <w:r w:rsidR="000E1E07">
              <w:rPr>
                <w:noProof/>
              </w:rPr>
              <w:t> </w:t>
            </w:r>
            <w:r w:rsidR="000E1E07">
              <w:rPr>
                <w:noProof/>
              </w:rPr>
              <w:t> </w:t>
            </w:r>
            <w:r w:rsidR="000E1E07">
              <w:rPr>
                <w:noProof/>
              </w:rPr>
              <w:t> </w:t>
            </w:r>
            <w:r w:rsidR="000E1E07">
              <w:rPr>
                <w:noProof/>
              </w:rPr>
              <w:t> </w:t>
            </w:r>
            <w:r w:rsidR="000E1E07">
              <w:fldChar w:fldCharType="end"/>
            </w:r>
            <w:r w:rsidR="000E1E07">
              <w:fldChar w:fldCharType="begin">
                <w:ffData>
                  <w:name w:val="Text6"/>
                  <w:enabled/>
                  <w:calcOnExit w:val="0"/>
                  <w:textInput/>
                </w:ffData>
              </w:fldChar>
            </w:r>
            <w:r w:rsidR="000E1E07">
              <w:instrText xml:space="preserve"> FORMTEXT </w:instrText>
            </w:r>
            <w:r w:rsidR="000E1E07">
              <w:fldChar w:fldCharType="separate"/>
            </w:r>
            <w:r w:rsidR="000E1E07">
              <w:rPr>
                <w:noProof/>
              </w:rPr>
              <w:t> </w:t>
            </w:r>
            <w:r w:rsidR="000E1E07">
              <w:rPr>
                <w:noProof/>
              </w:rPr>
              <w:t> </w:t>
            </w:r>
            <w:r w:rsidR="000E1E07">
              <w:rPr>
                <w:noProof/>
              </w:rPr>
              <w:t> </w:t>
            </w:r>
            <w:r w:rsidR="000E1E07">
              <w:rPr>
                <w:noProof/>
              </w:rPr>
              <w:t> </w:t>
            </w:r>
            <w:r w:rsidR="000E1E07">
              <w:rPr>
                <w:noProof/>
              </w:rPr>
              <w:t> </w:t>
            </w:r>
            <w:r w:rsidR="000E1E07">
              <w:fldChar w:fldCharType="end"/>
            </w:r>
            <w:r w:rsidR="000E1E07">
              <w:rPr>
                <w:color w:val="000000"/>
                <w:sz w:val="17"/>
              </w:rPr>
              <w:t>.</w:t>
            </w:r>
          </w:p>
          <w:p w14:paraId="57BFBC20" w14:textId="77777777" w:rsidR="00BC245B" w:rsidRDefault="00BC245B" w:rsidP="00BC245B">
            <w:pPr>
              <w:spacing w:after="0" w:line="240" w:lineRule="auto"/>
              <w:rPr>
                <w:color w:val="000000"/>
                <w:sz w:val="17"/>
              </w:rPr>
            </w:pPr>
          </w:p>
          <w:p w14:paraId="732D77FC" w14:textId="5111D1F4" w:rsidR="00BC245B" w:rsidRDefault="00C36810">
            <w:pPr>
              <w:spacing w:after="0" w:line="240" w:lineRule="auto"/>
              <w:rPr>
                <w:color w:val="000000"/>
                <w:sz w:val="17"/>
              </w:rPr>
            </w:pPr>
            <w:r>
              <w:rPr>
                <w:color w:val="000000"/>
                <w:sz w:val="17"/>
              </w:rPr>
              <w:fldChar w:fldCharType="begin">
                <w:ffData>
                  <w:name w:val="Check30"/>
                  <w:enabled/>
                  <w:calcOnExit w:val="0"/>
                  <w:checkBox>
                    <w:sizeAuto/>
                    <w:default w:val="0"/>
                  </w:checkBox>
                </w:ffData>
              </w:fldChar>
            </w:r>
            <w:bookmarkStart w:id="29" w:name="Check30"/>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9"/>
            <w:r w:rsidR="00BC245B">
              <w:rPr>
                <w:color w:val="000000"/>
                <w:sz w:val="17"/>
              </w:rPr>
              <w:t xml:space="preserve"> Determination communicated to UAP on this date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BC245B">
              <w:rPr>
                <w:color w:val="000000"/>
                <w:sz w:val="17"/>
              </w:rPr>
              <w:t xml:space="preserve">and appropriate parties on this date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BC245B">
              <w:rPr>
                <w:color w:val="000000"/>
                <w:sz w:val="17"/>
              </w:rPr>
              <w:t xml:space="preserve">. </w:t>
            </w:r>
          </w:p>
        </w:tc>
      </w:tr>
    </w:tbl>
    <w:p w14:paraId="527CAE43" w14:textId="79FFAFA3" w:rsidR="006D7D13" w:rsidRDefault="003610E9" w:rsidP="00011B28">
      <w:pPr>
        <w:spacing w:before="140" w:after="0" w:line="240" w:lineRule="auto"/>
      </w:pPr>
      <w:r>
        <w:rPr>
          <w:b/>
          <w:color w:val="1F4D78"/>
          <w:sz w:val="22"/>
        </w:rPr>
        <w:t>6. REGISTERED NURSE ATTESTATION</w:t>
      </w:r>
    </w:p>
    <w:p w14:paraId="14362DF7" w14:textId="25CCB064" w:rsidR="006D7D13" w:rsidRDefault="003610E9">
      <w:pPr>
        <w:spacing w:after="100" w:line="259" w:lineRule="auto"/>
      </w:pPr>
      <w:r>
        <w:rPr>
          <w:color w:val="000000"/>
          <w:sz w:val="17"/>
        </w:rPr>
        <w:t>I certify that I evaluated the UAP identified above for performance of the specified nursing procedure for this resident/client. My competency determination is based on the UAP-specific findings documented on this form. Any authorization or reauthorization decision is documented separately.</w:t>
      </w:r>
    </w:p>
    <w:tbl>
      <w:tblPr>
        <w:tblStyle w:val="TableGrid"/>
        <w:tblW w:w="10240" w:type="dxa"/>
        <w:tblInd w:w="120" w:type="dxa"/>
        <w:tblLayout w:type="fixed"/>
        <w:tblLook w:val="04A0" w:firstRow="1" w:lastRow="0" w:firstColumn="1" w:lastColumn="0" w:noHBand="0" w:noVBand="1"/>
      </w:tblPr>
      <w:tblGrid>
        <w:gridCol w:w="4120"/>
        <w:gridCol w:w="4230"/>
        <w:gridCol w:w="1890"/>
      </w:tblGrid>
      <w:tr w:rsidR="001646A5" w14:paraId="5FAB62C8" w14:textId="77777777" w:rsidTr="001646A5">
        <w:tc>
          <w:tcPr>
            <w:tcW w:w="4120" w:type="dxa"/>
            <w:shd w:val="clear" w:color="auto" w:fill="E8EEF5"/>
            <w:tcMar>
              <w:top w:w="45" w:type="dxa"/>
              <w:left w:w="100" w:type="dxa"/>
              <w:bottom w:w="45" w:type="dxa"/>
              <w:right w:w="100" w:type="dxa"/>
            </w:tcMar>
            <w:vAlign w:val="center"/>
          </w:tcPr>
          <w:p w14:paraId="7D8E063D" w14:textId="77777777" w:rsidR="001646A5" w:rsidRDefault="001646A5">
            <w:pPr>
              <w:spacing w:after="0" w:line="240" w:lineRule="auto"/>
              <w:jc w:val="center"/>
            </w:pPr>
            <w:r>
              <w:rPr>
                <w:b/>
                <w:color w:val="1F4D78"/>
                <w:sz w:val="16"/>
              </w:rPr>
              <w:t>RN Printed Name</w:t>
            </w:r>
          </w:p>
        </w:tc>
        <w:tc>
          <w:tcPr>
            <w:tcW w:w="4230" w:type="dxa"/>
            <w:shd w:val="clear" w:color="auto" w:fill="E8EEF5"/>
            <w:tcMar>
              <w:top w:w="45" w:type="dxa"/>
              <w:left w:w="100" w:type="dxa"/>
              <w:bottom w:w="45" w:type="dxa"/>
              <w:right w:w="100" w:type="dxa"/>
            </w:tcMar>
            <w:vAlign w:val="center"/>
          </w:tcPr>
          <w:p w14:paraId="4C924420" w14:textId="77777777" w:rsidR="001646A5" w:rsidRDefault="001646A5">
            <w:pPr>
              <w:spacing w:after="0" w:line="240" w:lineRule="auto"/>
              <w:jc w:val="center"/>
            </w:pPr>
            <w:r>
              <w:rPr>
                <w:b/>
                <w:color w:val="1F4D78"/>
                <w:sz w:val="16"/>
              </w:rPr>
              <w:t>RN Signature</w:t>
            </w:r>
          </w:p>
        </w:tc>
        <w:tc>
          <w:tcPr>
            <w:tcW w:w="1890" w:type="dxa"/>
            <w:shd w:val="clear" w:color="auto" w:fill="E8EEF5"/>
            <w:tcMar>
              <w:top w:w="45" w:type="dxa"/>
              <w:left w:w="100" w:type="dxa"/>
              <w:bottom w:w="45" w:type="dxa"/>
              <w:right w:w="100" w:type="dxa"/>
            </w:tcMar>
            <w:vAlign w:val="center"/>
          </w:tcPr>
          <w:p w14:paraId="67A92989" w14:textId="77777777" w:rsidR="001646A5" w:rsidRDefault="001646A5">
            <w:pPr>
              <w:spacing w:after="0" w:line="240" w:lineRule="auto"/>
              <w:jc w:val="center"/>
            </w:pPr>
            <w:r>
              <w:rPr>
                <w:b/>
                <w:color w:val="1F4D78"/>
                <w:sz w:val="16"/>
              </w:rPr>
              <w:t>Date / Time</w:t>
            </w:r>
          </w:p>
        </w:tc>
      </w:tr>
      <w:tr w:rsidR="001646A5" w14:paraId="27012840" w14:textId="77777777" w:rsidTr="001646A5">
        <w:tc>
          <w:tcPr>
            <w:tcW w:w="4120" w:type="dxa"/>
            <w:tcMar>
              <w:top w:w="45" w:type="dxa"/>
              <w:left w:w="100" w:type="dxa"/>
              <w:bottom w:w="45" w:type="dxa"/>
              <w:right w:w="100" w:type="dxa"/>
            </w:tcMar>
            <w:vAlign w:val="center"/>
          </w:tcPr>
          <w:p w14:paraId="4CF96FB7" w14:textId="2413CA8B" w:rsidR="001646A5" w:rsidRDefault="00C36810">
            <w:pPr>
              <w:spacing w:after="0" w:line="240" w:lineRule="auto"/>
            </w:pPr>
            <w:r>
              <w:lastRenderedPageBreak/>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0" w:type="dxa"/>
            <w:tcMar>
              <w:top w:w="45" w:type="dxa"/>
              <w:left w:w="100" w:type="dxa"/>
              <w:bottom w:w="45" w:type="dxa"/>
              <w:right w:w="100" w:type="dxa"/>
            </w:tcMar>
            <w:vAlign w:val="center"/>
          </w:tcPr>
          <w:p w14:paraId="183FB040" w14:textId="264E02A0" w:rsidR="001646A5"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90" w:type="dxa"/>
            <w:tcMar>
              <w:top w:w="45" w:type="dxa"/>
              <w:left w:w="100" w:type="dxa"/>
              <w:bottom w:w="45" w:type="dxa"/>
              <w:right w:w="100" w:type="dxa"/>
            </w:tcMar>
            <w:vAlign w:val="center"/>
          </w:tcPr>
          <w:p w14:paraId="224E0ACD" w14:textId="19C77C95" w:rsidR="001646A5" w:rsidRDefault="00C3681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271E78E" w14:textId="35CB682D" w:rsidR="006D7D13" w:rsidRDefault="003610E9">
      <w:pPr>
        <w:spacing w:before="100" w:after="0" w:line="240" w:lineRule="auto"/>
      </w:pPr>
      <w:r>
        <w:rPr>
          <w:b/>
          <w:color w:val="666666"/>
          <w:sz w:val="14"/>
        </w:rPr>
        <w:t xml:space="preserve">Regulatory basis: </w:t>
      </w:r>
      <w:r>
        <w:rPr>
          <w:color w:val="666666"/>
          <w:sz w:val="14"/>
        </w:rPr>
        <w:t>OAR 851-047-0045(1)(h)–(i), 851-047-0045(3)</w:t>
      </w:r>
      <w:proofErr w:type="gramStart"/>
      <w:r>
        <w:rPr>
          <w:color w:val="666666"/>
          <w:sz w:val="14"/>
        </w:rPr>
        <w:t>–(</w:t>
      </w:r>
      <w:proofErr w:type="gramEnd"/>
      <w:r>
        <w:rPr>
          <w:color w:val="666666"/>
          <w:sz w:val="14"/>
        </w:rPr>
        <w:t>4), and 851-047-0050(2)(c)</w:t>
      </w:r>
      <w:r w:rsidR="007A6823">
        <w:rPr>
          <w:color w:val="666666"/>
          <w:sz w:val="14"/>
        </w:rPr>
        <w:t>.</w:t>
      </w:r>
    </w:p>
    <w:sectPr w:rsidR="006D7D13" w:rsidSect="00A453CB">
      <w:headerReference w:type="default" r:id="rId8"/>
      <w:footerReference w:type="default" r:id="rId9"/>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03BB2" w14:textId="77777777" w:rsidR="00581A39" w:rsidRDefault="00581A39">
      <w:pPr>
        <w:spacing w:after="0" w:line="240" w:lineRule="auto"/>
      </w:pPr>
      <w:r>
        <w:separator/>
      </w:r>
    </w:p>
  </w:endnote>
  <w:endnote w:type="continuationSeparator" w:id="0">
    <w:p w14:paraId="1F4B3606" w14:textId="77777777" w:rsidR="00581A39" w:rsidRDefault="00581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48270" w14:textId="50446EC5" w:rsidR="006D7D13" w:rsidRPr="00A453CB" w:rsidRDefault="003610E9">
    <w:pPr>
      <w:pStyle w:val="Footer"/>
      <w:jc w:val="center"/>
      <w:rPr>
        <w:color w:val="666666"/>
        <w:sz w:val="16"/>
        <w:szCs w:val="16"/>
      </w:rPr>
    </w:pPr>
    <w:r w:rsidRPr="00A453CB">
      <w:rPr>
        <w:color w:val="666666"/>
        <w:sz w:val="16"/>
        <w:szCs w:val="16"/>
      </w:rPr>
      <w:t xml:space="preserve">UAP </w:t>
    </w:r>
    <w:r w:rsidR="001646A5" w:rsidRPr="00A453CB">
      <w:rPr>
        <w:color w:val="666666"/>
        <w:sz w:val="16"/>
        <w:szCs w:val="16"/>
      </w:rPr>
      <w:t>competency validation</w:t>
    </w:r>
    <w:r w:rsidRPr="00A453CB">
      <w:rPr>
        <w:color w:val="666666"/>
        <w:sz w:val="16"/>
        <w:szCs w:val="16"/>
      </w:rPr>
      <w:t xml:space="preserve"> only • All other delegation documentation is maintained separately.</w:t>
    </w:r>
  </w:p>
  <w:p w14:paraId="27DA8918" w14:textId="4B890906" w:rsidR="00A453CB" w:rsidRPr="00A453CB" w:rsidRDefault="00A453CB" w:rsidP="00A453CB">
    <w:pPr>
      <w:rPr>
        <w:rFonts w:ascii="Aptos" w:hAnsi="Aptos"/>
        <w:sz w:val="16"/>
        <w:szCs w:val="16"/>
      </w:rPr>
    </w:pPr>
    <w:r w:rsidRPr="00A453CB">
      <w:rPr>
        <w:rStyle w:val="Strong"/>
        <w:sz w:val="16"/>
        <w:szCs w:val="16"/>
      </w:rPr>
      <w:t>Disclaimer:</w:t>
    </w:r>
    <w:r w:rsidRPr="00A453CB">
      <w:rPr>
        <w:sz w:val="16"/>
        <w:szCs w:val="16"/>
      </w:rPr>
      <w:t xml:space="preserve"> This form is provided as an example of best practice and is not required. Use of this form does not guarantee regulatory compliance or prevent citations, deficiencies, enforcement actions, or legal claims. Organizations are responsible for determining whether and how to use or adapt this resource to meet their specific needs and applicable requirements.</w:t>
    </w:r>
  </w:p>
  <w:p w14:paraId="3E4F50E7" w14:textId="77777777" w:rsidR="00A453CB" w:rsidRDefault="00A453C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7704E2" w14:textId="77777777" w:rsidR="00581A39" w:rsidRDefault="00581A39">
      <w:pPr>
        <w:spacing w:after="0" w:line="240" w:lineRule="auto"/>
      </w:pPr>
      <w:r>
        <w:separator/>
      </w:r>
    </w:p>
  </w:footnote>
  <w:footnote w:type="continuationSeparator" w:id="0">
    <w:p w14:paraId="1A4BFC1F" w14:textId="77777777" w:rsidR="00581A39" w:rsidRDefault="00581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7F17B" w14:textId="23A670A6" w:rsidR="006D7D13" w:rsidRDefault="003610E9">
    <w:pPr>
      <w:pStyle w:val="Header"/>
    </w:pPr>
    <w:r>
      <w:rPr>
        <w:b/>
        <w:color w:val="666666"/>
        <w:sz w:val="17"/>
      </w:rPr>
      <w:t>OREGON • RN DELEGATION PROCESS</w:t>
    </w:r>
    <w:r w:rsidR="00A453CB">
      <w:rPr>
        <w:b/>
        <w:color w:val="666666"/>
        <w:sz w:val="17"/>
      </w:rPr>
      <w:t>- Revised 9-1-2026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7510646">
    <w:abstractNumId w:val="8"/>
  </w:num>
  <w:num w:numId="2" w16cid:durableId="81994655">
    <w:abstractNumId w:val="6"/>
  </w:num>
  <w:num w:numId="3" w16cid:durableId="164974390">
    <w:abstractNumId w:val="5"/>
  </w:num>
  <w:num w:numId="4" w16cid:durableId="831916000">
    <w:abstractNumId w:val="4"/>
  </w:num>
  <w:num w:numId="5" w16cid:durableId="1984038237">
    <w:abstractNumId w:val="7"/>
  </w:num>
  <w:num w:numId="6" w16cid:durableId="1164978956">
    <w:abstractNumId w:val="3"/>
  </w:num>
  <w:num w:numId="7" w16cid:durableId="1074012547">
    <w:abstractNumId w:val="2"/>
  </w:num>
  <w:num w:numId="8" w16cid:durableId="975142330">
    <w:abstractNumId w:val="1"/>
  </w:num>
  <w:num w:numId="9" w16cid:durableId="16791956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B28"/>
    <w:rsid w:val="00034616"/>
    <w:rsid w:val="00041062"/>
    <w:rsid w:val="0006063C"/>
    <w:rsid w:val="000E1E07"/>
    <w:rsid w:val="001356C7"/>
    <w:rsid w:val="0015074B"/>
    <w:rsid w:val="001646A5"/>
    <w:rsid w:val="00166D87"/>
    <w:rsid w:val="0024306E"/>
    <w:rsid w:val="0029639D"/>
    <w:rsid w:val="00326F90"/>
    <w:rsid w:val="003540FB"/>
    <w:rsid w:val="003610E9"/>
    <w:rsid w:val="003A766A"/>
    <w:rsid w:val="004E401C"/>
    <w:rsid w:val="004F059C"/>
    <w:rsid w:val="00581A39"/>
    <w:rsid w:val="005958E8"/>
    <w:rsid w:val="0061289E"/>
    <w:rsid w:val="0065733A"/>
    <w:rsid w:val="006D7D13"/>
    <w:rsid w:val="00702A7C"/>
    <w:rsid w:val="00775B53"/>
    <w:rsid w:val="007A6823"/>
    <w:rsid w:val="0084554D"/>
    <w:rsid w:val="008456A5"/>
    <w:rsid w:val="00900845"/>
    <w:rsid w:val="00950035"/>
    <w:rsid w:val="009A4FD8"/>
    <w:rsid w:val="00A453CB"/>
    <w:rsid w:val="00A93971"/>
    <w:rsid w:val="00AA1D8D"/>
    <w:rsid w:val="00AC61C8"/>
    <w:rsid w:val="00B21519"/>
    <w:rsid w:val="00B223FF"/>
    <w:rsid w:val="00B47730"/>
    <w:rsid w:val="00BC245B"/>
    <w:rsid w:val="00BE4AAE"/>
    <w:rsid w:val="00C36810"/>
    <w:rsid w:val="00C54487"/>
    <w:rsid w:val="00CB0664"/>
    <w:rsid w:val="00CE6AEF"/>
    <w:rsid w:val="00CF2F47"/>
    <w:rsid w:val="00D7165A"/>
    <w:rsid w:val="00DF1EF5"/>
    <w:rsid w:val="00F40AA5"/>
    <w:rsid w:val="00FC693F"/>
    <w:rsid w:val="20EB8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DCF882"/>
  <w14:defaultImageDpi w14:val="300"/>
  <w15:docId w15:val="{C508BD10-0327-40AA-A6BC-93D041C5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555</Words>
  <Characters>3260</Characters>
  <Application>Microsoft Office Word</Application>
  <DocSecurity>0</DocSecurity>
  <Lines>120</Lines>
  <Paragraphs>119</Paragraphs>
  <ScaleCrop>false</ScaleCrop>
  <Manager/>
  <Company/>
  <LinksUpToDate>false</LinksUpToDate>
  <CharactersWithSpaces>3696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Corryn Pettingill</cp:lastModifiedBy>
  <cp:revision>6</cp:revision>
  <dcterms:created xsi:type="dcterms:W3CDTF">2026-09-01T18:05:00Z</dcterms:created>
  <dcterms:modified xsi:type="dcterms:W3CDTF">2026-09-18T15:17:00Z</dcterms:modified>
  <cp:category/>
</cp:coreProperties>
</file>