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40BA77" w14:textId="77777777" w:rsidR="00F0718D" w:rsidRDefault="006A48BE">
      <w:pPr>
        <w:spacing w:after="20" w:line="240" w:lineRule="auto"/>
      </w:pPr>
      <w:r>
        <w:rPr>
          <w:b/>
          <w:color w:val="1F4D78"/>
          <w:sz w:val="36"/>
        </w:rPr>
        <w:t>RN RESIDENT/CLIENT ASSESSMENT</w:t>
      </w:r>
    </w:p>
    <w:p w14:paraId="703E2664" w14:textId="2B09D88A" w:rsidR="00F0718D" w:rsidRDefault="006A48BE">
      <w:pPr>
        <w:spacing w:after="140" w:line="240" w:lineRule="auto"/>
        <w:rPr>
          <w:b/>
          <w:color w:val="666666"/>
          <w:sz w:val="22"/>
        </w:rPr>
      </w:pPr>
      <w:r>
        <w:rPr>
          <w:b/>
          <w:color w:val="666666"/>
          <w:sz w:val="22"/>
        </w:rPr>
        <w:t xml:space="preserve">Resident Assessment </w:t>
      </w:r>
      <w:r w:rsidR="00B7027A">
        <w:rPr>
          <w:b/>
          <w:color w:val="666666"/>
          <w:sz w:val="22"/>
        </w:rPr>
        <w:t xml:space="preserve">and Evaluation </w:t>
      </w:r>
      <w:r>
        <w:rPr>
          <w:b/>
          <w:color w:val="666666"/>
          <w:sz w:val="22"/>
        </w:rPr>
        <w:t>Elements for Oregon RN Delegation</w:t>
      </w:r>
    </w:p>
    <w:p w14:paraId="56286A4A" w14:textId="77777777" w:rsidR="00155A68" w:rsidRDefault="00155A68">
      <w:pPr>
        <w:spacing w:after="140" w:line="240" w:lineRule="auto"/>
      </w:pPr>
    </w:p>
    <w:p w14:paraId="1B53CF41" w14:textId="7D78AEA1" w:rsidR="00F0718D" w:rsidRDefault="006A48BE">
      <w:pPr>
        <w:spacing w:after="60" w:line="240" w:lineRule="auto"/>
      </w:pPr>
      <w:r>
        <w:rPr>
          <w:b/>
          <w:color w:val="1F4D78"/>
          <w:sz w:val="22"/>
        </w:rPr>
        <w:t xml:space="preserve">1. ASSESSMENT AND </w:t>
      </w:r>
      <w:r w:rsidR="009F6395">
        <w:rPr>
          <w:b/>
          <w:color w:val="1F4D78"/>
          <w:sz w:val="22"/>
        </w:rPr>
        <w:t xml:space="preserve">NURSING </w:t>
      </w:r>
      <w:r>
        <w:rPr>
          <w:b/>
          <w:color w:val="1F4D78"/>
          <w:sz w:val="22"/>
        </w:rPr>
        <w:t>PROCEDURE IDENTIFICATION</w:t>
      </w:r>
    </w:p>
    <w:tbl>
      <w:tblPr>
        <w:tblStyle w:val="TableGrid"/>
        <w:tblW w:w="9990" w:type="dxa"/>
        <w:tblInd w:w="120" w:type="dxa"/>
        <w:tblLayout w:type="fixed"/>
        <w:tblLook w:val="04A0" w:firstRow="1" w:lastRow="0" w:firstColumn="1" w:lastColumn="0" w:noHBand="0" w:noVBand="1"/>
      </w:tblPr>
      <w:tblGrid>
        <w:gridCol w:w="2970"/>
        <w:gridCol w:w="7020"/>
      </w:tblGrid>
      <w:tr w:rsidR="00F0718D" w14:paraId="65B8BF79" w14:textId="77777777" w:rsidTr="00666924">
        <w:tc>
          <w:tcPr>
            <w:tcW w:w="2970" w:type="dxa"/>
            <w:shd w:val="clear" w:color="auto" w:fill="E8EEF5"/>
            <w:tcMar>
              <w:top w:w="80" w:type="dxa"/>
              <w:left w:w="120" w:type="dxa"/>
              <w:bottom w:w="80" w:type="dxa"/>
              <w:right w:w="120" w:type="dxa"/>
            </w:tcMar>
            <w:vAlign w:val="center"/>
          </w:tcPr>
          <w:p w14:paraId="236CC020" w14:textId="77777777" w:rsidR="00F0718D" w:rsidRDefault="006A48BE">
            <w:pPr>
              <w:spacing w:after="0" w:line="240" w:lineRule="auto"/>
            </w:pPr>
            <w:r>
              <w:rPr>
                <w:b/>
                <w:color w:val="1F4D78"/>
                <w:sz w:val="16"/>
              </w:rPr>
              <w:t>Resident / Client</w:t>
            </w:r>
          </w:p>
        </w:tc>
        <w:tc>
          <w:tcPr>
            <w:tcW w:w="7020" w:type="dxa"/>
            <w:tcMar>
              <w:top w:w="80" w:type="dxa"/>
              <w:left w:w="120" w:type="dxa"/>
              <w:bottom w:w="80" w:type="dxa"/>
              <w:right w:w="120" w:type="dxa"/>
            </w:tcMar>
            <w:vAlign w:val="center"/>
          </w:tcPr>
          <w:p w14:paraId="1E134E8A" w14:textId="67AF266D" w:rsidR="00F0718D" w:rsidRDefault="006F5270">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0718D" w14:paraId="221B9717" w14:textId="77777777" w:rsidTr="00666924">
        <w:tc>
          <w:tcPr>
            <w:tcW w:w="2970" w:type="dxa"/>
            <w:shd w:val="clear" w:color="auto" w:fill="E8EEF5"/>
            <w:tcMar>
              <w:top w:w="80" w:type="dxa"/>
              <w:left w:w="120" w:type="dxa"/>
              <w:bottom w:w="80" w:type="dxa"/>
              <w:right w:w="120" w:type="dxa"/>
            </w:tcMar>
            <w:vAlign w:val="center"/>
          </w:tcPr>
          <w:p w14:paraId="7B967FC3" w14:textId="77777777" w:rsidR="00F0718D" w:rsidRDefault="006A48BE">
            <w:pPr>
              <w:spacing w:after="0" w:line="240" w:lineRule="auto"/>
            </w:pPr>
            <w:r>
              <w:rPr>
                <w:b/>
                <w:color w:val="1F4D78"/>
                <w:sz w:val="16"/>
              </w:rPr>
              <w:t>Assessment Date / Time</w:t>
            </w:r>
          </w:p>
        </w:tc>
        <w:tc>
          <w:tcPr>
            <w:tcW w:w="7020" w:type="dxa"/>
            <w:tcMar>
              <w:top w:w="80" w:type="dxa"/>
              <w:left w:w="120" w:type="dxa"/>
              <w:bottom w:w="80" w:type="dxa"/>
              <w:right w:w="120" w:type="dxa"/>
            </w:tcMar>
            <w:vAlign w:val="center"/>
          </w:tcPr>
          <w:p w14:paraId="57B050E0" w14:textId="4562105B" w:rsidR="00F0718D" w:rsidRDefault="006F5270">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0718D" w14:paraId="6633271A" w14:textId="77777777" w:rsidTr="00666924">
        <w:tc>
          <w:tcPr>
            <w:tcW w:w="2970" w:type="dxa"/>
            <w:shd w:val="clear" w:color="auto" w:fill="E8EEF5"/>
            <w:tcMar>
              <w:top w:w="80" w:type="dxa"/>
              <w:left w:w="120" w:type="dxa"/>
              <w:bottom w:w="80" w:type="dxa"/>
              <w:right w:w="120" w:type="dxa"/>
            </w:tcMar>
            <w:vAlign w:val="center"/>
          </w:tcPr>
          <w:p w14:paraId="17800E8C" w14:textId="77777777" w:rsidR="00F0718D" w:rsidRDefault="006A48BE">
            <w:pPr>
              <w:spacing w:after="0" w:line="240" w:lineRule="auto"/>
            </w:pPr>
            <w:r>
              <w:rPr>
                <w:b/>
                <w:color w:val="1F4D78"/>
                <w:sz w:val="16"/>
              </w:rPr>
              <w:t>Assessment Type</w:t>
            </w:r>
          </w:p>
        </w:tc>
        <w:tc>
          <w:tcPr>
            <w:tcW w:w="7020" w:type="dxa"/>
            <w:tcMar>
              <w:top w:w="80" w:type="dxa"/>
              <w:left w:w="120" w:type="dxa"/>
              <w:bottom w:w="80" w:type="dxa"/>
              <w:right w:w="120" w:type="dxa"/>
            </w:tcMar>
            <w:vAlign w:val="center"/>
          </w:tcPr>
          <w:p w14:paraId="26BAC563" w14:textId="1572BE99" w:rsidR="00F0718D" w:rsidRDefault="006F5270">
            <w:pPr>
              <w:spacing w:after="0" w:line="240" w:lineRule="auto"/>
            </w:pPr>
            <w:r>
              <w:rPr>
                <w:color w:val="000000"/>
                <w:sz w:val="17"/>
              </w:rPr>
              <w:fldChar w:fldCharType="begin">
                <w:ffData>
                  <w:name w:val="Check1"/>
                  <w:enabled/>
                  <w:calcOnExit w:val="0"/>
                  <w:checkBox>
                    <w:sizeAuto/>
                    <w:default w:val="0"/>
                  </w:checkBox>
                </w:ffData>
              </w:fldChar>
            </w:r>
            <w:bookmarkStart w:id="0" w:name="Check1"/>
            <w:r>
              <w:rPr>
                <w:color w:val="000000"/>
                <w:sz w:val="17"/>
              </w:rPr>
              <w:instrText xml:space="preserve"> FORMCHECKBOX </w:instrText>
            </w:r>
            <w:r>
              <w:rPr>
                <w:color w:val="000000"/>
                <w:sz w:val="17"/>
              </w:rPr>
            </w:r>
            <w:r>
              <w:rPr>
                <w:color w:val="000000"/>
                <w:sz w:val="17"/>
              </w:rPr>
              <w:fldChar w:fldCharType="separate"/>
            </w:r>
            <w:r>
              <w:rPr>
                <w:color w:val="000000"/>
                <w:sz w:val="17"/>
              </w:rPr>
              <w:fldChar w:fldCharType="end"/>
            </w:r>
            <w:bookmarkEnd w:id="0"/>
            <w:r>
              <w:rPr>
                <w:color w:val="000000"/>
                <w:sz w:val="17"/>
              </w:rPr>
              <w:t xml:space="preserve"> </w:t>
            </w:r>
            <w:r w:rsidR="006A48BE">
              <w:rPr>
                <w:color w:val="000000"/>
                <w:sz w:val="17"/>
              </w:rPr>
              <w:t xml:space="preserve">Initial delegation assessment   </w:t>
            </w:r>
            <w:r>
              <w:rPr>
                <w:color w:val="000000"/>
                <w:sz w:val="17"/>
              </w:rPr>
              <w:fldChar w:fldCharType="begin">
                <w:ffData>
                  <w:name w:val="Check2"/>
                  <w:enabled/>
                  <w:calcOnExit w:val="0"/>
                  <w:checkBox>
                    <w:sizeAuto/>
                    <w:default w:val="0"/>
                  </w:checkBox>
                </w:ffData>
              </w:fldChar>
            </w:r>
            <w:bookmarkStart w:id="1" w:name="Check2"/>
            <w:r>
              <w:rPr>
                <w:color w:val="000000"/>
                <w:sz w:val="17"/>
              </w:rPr>
              <w:instrText xml:space="preserve"> FORMCHECKBOX </w:instrText>
            </w:r>
            <w:r>
              <w:rPr>
                <w:color w:val="000000"/>
                <w:sz w:val="17"/>
              </w:rPr>
            </w:r>
            <w:r>
              <w:rPr>
                <w:color w:val="000000"/>
                <w:sz w:val="17"/>
              </w:rPr>
              <w:fldChar w:fldCharType="separate"/>
            </w:r>
            <w:r>
              <w:rPr>
                <w:color w:val="000000"/>
                <w:sz w:val="17"/>
              </w:rPr>
              <w:fldChar w:fldCharType="end"/>
            </w:r>
            <w:bookmarkEnd w:id="1"/>
            <w:r>
              <w:rPr>
                <w:color w:val="000000"/>
                <w:sz w:val="17"/>
              </w:rPr>
              <w:t xml:space="preserve"> </w:t>
            </w:r>
            <w:r w:rsidR="006A48BE">
              <w:rPr>
                <w:color w:val="000000"/>
                <w:sz w:val="17"/>
              </w:rPr>
              <w:t xml:space="preserve">Periodic inspection/evaluation   </w:t>
            </w:r>
            <w:r>
              <w:rPr>
                <w:color w:val="000000"/>
                <w:sz w:val="17"/>
              </w:rPr>
              <w:fldChar w:fldCharType="begin">
                <w:ffData>
                  <w:name w:val="Check3"/>
                  <w:enabled/>
                  <w:calcOnExit w:val="0"/>
                  <w:checkBox>
                    <w:sizeAuto/>
                    <w:default w:val="0"/>
                  </w:checkBox>
                </w:ffData>
              </w:fldChar>
            </w:r>
            <w:bookmarkStart w:id="2" w:name="Check3"/>
            <w:r>
              <w:rPr>
                <w:color w:val="000000"/>
                <w:sz w:val="17"/>
              </w:rPr>
              <w:instrText xml:space="preserve"> FORMCHECKBOX </w:instrText>
            </w:r>
            <w:r>
              <w:rPr>
                <w:color w:val="000000"/>
                <w:sz w:val="17"/>
              </w:rPr>
            </w:r>
            <w:r>
              <w:rPr>
                <w:color w:val="000000"/>
                <w:sz w:val="17"/>
              </w:rPr>
              <w:fldChar w:fldCharType="separate"/>
            </w:r>
            <w:r>
              <w:rPr>
                <w:color w:val="000000"/>
                <w:sz w:val="17"/>
              </w:rPr>
              <w:fldChar w:fldCharType="end"/>
            </w:r>
            <w:bookmarkEnd w:id="2"/>
            <w:r w:rsidR="006A48BE">
              <w:rPr>
                <w:color w:val="000000"/>
                <w:sz w:val="17"/>
              </w:rPr>
              <w:t xml:space="preserve"> Change in condition</w:t>
            </w:r>
            <w:r w:rsidR="00173978">
              <w:rPr>
                <w:color w:val="000000"/>
                <w:sz w:val="17"/>
              </w:rPr>
              <w:t xml:space="preserve"> related to the nursing procedure</w:t>
            </w:r>
          </w:p>
        </w:tc>
      </w:tr>
      <w:tr w:rsidR="00F0718D" w14:paraId="35B44763" w14:textId="77777777" w:rsidTr="00666924">
        <w:tc>
          <w:tcPr>
            <w:tcW w:w="2970" w:type="dxa"/>
            <w:shd w:val="clear" w:color="auto" w:fill="E8EEF5"/>
            <w:tcMar>
              <w:top w:w="80" w:type="dxa"/>
              <w:left w:w="120" w:type="dxa"/>
              <w:bottom w:w="80" w:type="dxa"/>
              <w:right w:w="120" w:type="dxa"/>
            </w:tcMar>
            <w:vAlign w:val="center"/>
          </w:tcPr>
          <w:p w14:paraId="1E7E8950" w14:textId="77777777" w:rsidR="00F0718D" w:rsidRDefault="006A48BE">
            <w:pPr>
              <w:spacing w:after="0" w:line="240" w:lineRule="auto"/>
            </w:pPr>
            <w:r>
              <w:rPr>
                <w:b/>
                <w:color w:val="1F4D78"/>
                <w:sz w:val="16"/>
              </w:rPr>
              <w:t>Medical Order / Nursing Procedure</w:t>
            </w:r>
          </w:p>
        </w:tc>
        <w:tc>
          <w:tcPr>
            <w:tcW w:w="7020" w:type="dxa"/>
            <w:tcMar>
              <w:top w:w="80" w:type="dxa"/>
              <w:left w:w="120" w:type="dxa"/>
              <w:bottom w:w="80" w:type="dxa"/>
              <w:right w:w="120" w:type="dxa"/>
            </w:tcMar>
            <w:vAlign w:val="center"/>
          </w:tcPr>
          <w:p w14:paraId="776696CE" w14:textId="5E1A52BE" w:rsidR="00F0718D" w:rsidRDefault="006F5270">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E6E3138" w14:textId="77777777" w:rsidR="005723A1" w:rsidRPr="005B17EF" w:rsidRDefault="005723A1" w:rsidP="003D6D74">
      <w:pPr>
        <w:spacing w:before="140" w:after="0" w:line="240" w:lineRule="auto"/>
        <w:rPr>
          <w:b/>
          <w:color w:val="1F4D78"/>
          <w:sz w:val="12"/>
        </w:rPr>
      </w:pPr>
    </w:p>
    <w:p w14:paraId="2B48C8A1" w14:textId="3C0C7933" w:rsidR="00F0718D" w:rsidRDefault="006A48BE">
      <w:pPr>
        <w:spacing w:before="140" w:after="60" w:line="240" w:lineRule="auto"/>
      </w:pPr>
      <w:r>
        <w:rPr>
          <w:b/>
          <w:color w:val="1F4D78"/>
          <w:sz w:val="22"/>
        </w:rPr>
        <w:t xml:space="preserve">2. RESIDENT </w:t>
      </w:r>
      <w:r w:rsidR="005723A1">
        <w:rPr>
          <w:b/>
          <w:color w:val="1F4D78"/>
          <w:sz w:val="22"/>
        </w:rPr>
        <w:t>ASSESSMENT</w:t>
      </w:r>
      <w:r w:rsidR="00B7027A">
        <w:rPr>
          <w:b/>
          <w:color w:val="1F4D78"/>
          <w:sz w:val="22"/>
        </w:rPr>
        <w:t xml:space="preserve"> AND EVALUATION</w:t>
      </w:r>
    </w:p>
    <w:p w14:paraId="2245960B" w14:textId="20748C1B" w:rsidR="00F0718D" w:rsidRDefault="00B7027A">
      <w:pPr>
        <w:spacing w:line="247" w:lineRule="auto"/>
      </w:pPr>
      <w:r>
        <w:rPr>
          <w:i/>
          <w:color w:val="666666"/>
          <w:sz w:val="16"/>
        </w:rPr>
        <w:t>Intended to capture data and conclusions drawn from the analysis to make determinations.  Document only findings relevant to the condition for which the nursing procedure is ordered and to the safety of delegation.</w:t>
      </w:r>
    </w:p>
    <w:tbl>
      <w:tblPr>
        <w:tblStyle w:val="TableGrid"/>
        <w:tblW w:w="9990" w:type="dxa"/>
        <w:tblInd w:w="120" w:type="dxa"/>
        <w:tblLayout w:type="fixed"/>
        <w:tblLook w:val="04A0" w:firstRow="1" w:lastRow="0" w:firstColumn="1" w:lastColumn="0" w:noHBand="0" w:noVBand="1"/>
      </w:tblPr>
      <w:tblGrid>
        <w:gridCol w:w="2970"/>
        <w:gridCol w:w="7020"/>
      </w:tblGrid>
      <w:tr w:rsidR="00F0718D" w14:paraId="06B3A5FE" w14:textId="77777777" w:rsidTr="00666924">
        <w:tc>
          <w:tcPr>
            <w:tcW w:w="2970" w:type="dxa"/>
            <w:shd w:val="clear" w:color="auto" w:fill="E8EEF5"/>
            <w:tcMar>
              <w:top w:w="80" w:type="dxa"/>
              <w:left w:w="120" w:type="dxa"/>
              <w:bottom w:w="80" w:type="dxa"/>
              <w:right w:w="120" w:type="dxa"/>
            </w:tcMar>
            <w:vAlign w:val="center"/>
          </w:tcPr>
          <w:p w14:paraId="6299D765" w14:textId="37ADDAE2" w:rsidR="00F0718D" w:rsidRDefault="006A48BE">
            <w:pPr>
              <w:spacing w:after="0" w:line="240" w:lineRule="auto"/>
            </w:pPr>
            <w:r>
              <w:rPr>
                <w:b/>
                <w:color w:val="1F4D78"/>
                <w:sz w:val="16"/>
              </w:rPr>
              <w:t xml:space="preserve">Condition Related to </w:t>
            </w:r>
            <w:r w:rsidR="00173978">
              <w:rPr>
                <w:b/>
                <w:color w:val="1F4D78"/>
                <w:sz w:val="16"/>
              </w:rPr>
              <w:t xml:space="preserve">Nursing </w:t>
            </w:r>
            <w:r>
              <w:rPr>
                <w:b/>
                <w:color w:val="1F4D78"/>
                <w:sz w:val="16"/>
              </w:rPr>
              <w:t>Procedure</w:t>
            </w:r>
          </w:p>
        </w:tc>
        <w:tc>
          <w:tcPr>
            <w:tcW w:w="7020" w:type="dxa"/>
            <w:tcMar>
              <w:top w:w="80" w:type="dxa"/>
              <w:left w:w="120" w:type="dxa"/>
              <w:bottom w:w="80" w:type="dxa"/>
              <w:right w:w="120" w:type="dxa"/>
            </w:tcMar>
            <w:vAlign w:val="center"/>
          </w:tcPr>
          <w:p w14:paraId="42E92EC2" w14:textId="312FC082" w:rsidR="00F0718D" w:rsidRDefault="006A48BE">
            <w:pPr>
              <w:spacing w:after="0" w:line="240" w:lineRule="auto"/>
            </w:pPr>
            <w:r>
              <w:rPr>
                <w:color w:val="000000"/>
                <w:sz w:val="17"/>
              </w:rPr>
              <w:br/>
            </w:r>
            <w:r w:rsidR="006F5270">
              <w:fldChar w:fldCharType="begin">
                <w:ffData>
                  <w:name w:val="Text5"/>
                  <w:enabled/>
                  <w:calcOnExit w:val="0"/>
                  <w:textInput/>
                </w:ffData>
              </w:fldChar>
            </w:r>
            <w:r w:rsidR="006F5270">
              <w:instrText xml:space="preserve"> FORMTEXT </w:instrText>
            </w:r>
            <w:r w:rsidR="006F5270">
              <w:fldChar w:fldCharType="separate"/>
            </w:r>
            <w:r w:rsidR="006F5270">
              <w:rPr>
                <w:noProof/>
              </w:rPr>
              <w:t> </w:t>
            </w:r>
            <w:r w:rsidR="006F5270">
              <w:rPr>
                <w:noProof/>
              </w:rPr>
              <w:t> </w:t>
            </w:r>
            <w:r w:rsidR="006F5270">
              <w:rPr>
                <w:noProof/>
              </w:rPr>
              <w:t> </w:t>
            </w:r>
            <w:r w:rsidR="006F5270">
              <w:rPr>
                <w:noProof/>
              </w:rPr>
              <w:t> </w:t>
            </w:r>
            <w:r w:rsidR="006F5270">
              <w:rPr>
                <w:noProof/>
              </w:rPr>
              <w:t> </w:t>
            </w:r>
            <w:r w:rsidR="006F5270">
              <w:fldChar w:fldCharType="end"/>
            </w:r>
            <w:r w:rsidR="006F5270">
              <w:fldChar w:fldCharType="begin">
                <w:ffData>
                  <w:name w:val="Text6"/>
                  <w:enabled/>
                  <w:calcOnExit w:val="0"/>
                  <w:textInput/>
                </w:ffData>
              </w:fldChar>
            </w:r>
            <w:r w:rsidR="006F5270">
              <w:instrText xml:space="preserve"> FORMTEXT </w:instrText>
            </w:r>
            <w:r w:rsidR="006F5270">
              <w:fldChar w:fldCharType="separate"/>
            </w:r>
            <w:r w:rsidR="006F5270">
              <w:rPr>
                <w:noProof/>
              </w:rPr>
              <w:t> </w:t>
            </w:r>
            <w:r w:rsidR="006F5270">
              <w:rPr>
                <w:noProof/>
              </w:rPr>
              <w:t> </w:t>
            </w:r>
            <w:r w:rsidR="006F5270">
              <w:rPr>
                <w:noProof/>
              </w:rPr>
              <w:t> </w:t>
            </w:r>
            <w:r w:rsidR="006F5270">
              <w:rPr>
                <w:noProof/>
              </w:rPr>
              <w:t> </w:t>
            </w:r>
            <w:r w:rsidR="006F5270">
              <w:rPr>
                <w:noProof/>
              </w:rPr>
              <w:t> </w:t>
            </w:r>
            <w:r w:rsidR="006F5270">
              <w:fldChar w:fldCharType="end"/>
            </w:r>
            <w:r>
              <w:rPr>
                <w:color w:val="000000"/>
                <w:sz w:val="17"/>
              </w:rPr>
              <w:br/>
            </w:r>
          </w:p>
        </w:tc>
      </w:tr>
      <w:tr w:rsidR="00F0718D" w14:paraId="04DD091F" w14:textId="77777777" w:rsidTr="00666924">
        <w:tc>
          <w:tcPr>
            <w:tcW w:w="2970" w:type="dxa"/>
            <w:shd w:val="clear" w:color="auto" w:fill="E8EEF5"/>
            <w:tcMar>
              <w:top w:w="80" w:type="dxa"/>
              <w:left w:w="120" w:type="dxa"/>
              <w:bottom w:w="80" w:type="dxa"/>
              <w:right w:w="120" w:type="dxa"/>
            </w:tcMar>
            <w:vAlign w:val="center"/>
          </w:tcPr>
          <w:p w14:paraId="34F3A8C3" w14:textId="77777777" w:rsidR="00F0718D" w:rsidRDefault="006A48BE">
            <w:pPr>
              <w:spacing w:after="0" w:line="240" w:lineRule="auto"/>
            </w:pPr>
            <w:r>
              <w:rPr>
                <w:b/>
                <w:color w:val="1F4D78"/>
                <w:sz w:val="16"/>
              </w:rPr>
              <w:t>Current Relevant Assessment Findings</w:t>
            </w:r>
          </w:p>
        </w:tc>
        <w:tc>
          <w:tcPr>
            <w:tcW w:w="7020" w:type="dxa"/>
            <w:tcMar>
              <w:top w:w="80" w:type="dxa"/>
              <w:left w:w="120" w:type="dxa"/>
              <w:bottom w:w="80" w:type="dxa"/>
              <w:right w:w="120" w:type="dxa"/>
            </w:tcMar>
            <w:vAlign w:val="center"/>
          </w:tcPr>
          <w:p w14:paraId="029E101E" w14:textId="3455D8C0" w:rsidR="00F0718D" w:rsidRDefault="006A48BE">
            <w:pPr>
              <w:spacing w:after="0" w:line="240" w:lineRule="auto"/>
            </w:pPr>
            <w:r>
              <w:rPr>
                <w:color w:val="000000"/>
                <w:sz w:val="17"/>
              </w:rPr>
              <w:br/>
            </w:r>
            <w:r w:rsidR="006F5270">
              <w:fldChar w:fldCharType="begin">
                <w:ffData>
                  <w:name w:val="Text5"/>
                  <w:enabled/>
                  <w:calcOnExit w:val="0"/>
                  <w:textInput/>
                </w:ffData>
              </w:fldChar>
            </w:r>
            <w:r w:rsidR="006F5270">
              <w:instrText xml:space="preserve"> FORMTEXT </w:instrText>
            </w:r>
            <w:r w:rsidR="006F5270">
              <w:fldChar w:fldCharType="separate"/>
            </w:r>
            <w:r w:rsidR="006F5270">
              <w:rPr>
                <w:noProof/>
              </w:rPr>
              <w:t> </w:t>
            </w:r>
            <w:r w:rsidR="006F5270">
              <w:rPr>
                <w:noProof/>
              </w:rPr>
              <w:t> </w:t>
            </w:r>
            <w:r w:rsidR="006F5270">
              <w:rPr>
                <w:noProof/>
              </w:rPr>
              <w:t> </w:t>
            </w:r>
            <w:r w:rsidR="006F5270">
              <w:rPr>
                <w:noProof/>
              </w:rPr>
              <w:t> </w:t>
            </w:r>
            <w:r w:rsidR="006F5270">
              <w:rPr>
                <w:noProof/>
              </w:rPr>
              <w:t> </w:t>
            </w:r>
            <w:r w:rsidR="006F5270">
              <w:fldChar w:fldCharType="end"/>
            </w:r>
            <w:r w:rsidR="006F5270">
              <w:fldChar w:fldCharType="begin">
                <w:ffData>
                  <w:name w:val="Text6"/>
                  <w:enabled/>
                  <w:calcOnExit w:val="0"/>
                  <w:textInput/>
                </w:ffData>
              </w:fldChar>
            </w:r>
            <w:r w:rsidR="006F5270">
              <w:instrText xml:space="preserve"> FORMTEXT </w:instrText>
            </w:r>
            <w:r w:rsidR="006F5270">
              <w:fldChar w:fldCharType="separate"/>
            </w:r>
            <w:r w:rsidR="006F5270">
              <w:rPr>
                <w:noProof/>
              </w:rPr>
              <w:t> </w:t>
            </w:r>
            <w:r w:rsidR="006F5270">
              <w:rPr>
                <w:noProof/>
              </w:rPr>
              <w:t> </w:t>
            </w:r>
            <w:r w:rsidR="006F5270">
              <w:rPr>
                <w:noProof/>
              </w:rPr>
              <w:t> </w:t>
            </w:r>
            <w:r w:rsidR="006F5270">
              <w:rPr>
                <w:noProof/>
              </w:rPr>
              <w:t> </w:t>
            </w:r>
            <w:r w:rsidR="006F5270">
              <w:rPr>
                <w:noProof/>
              </w:rPr>
              <w:t> </w:t>
            </w:r>
            <w:r w:rsidR="006F5270">
              <w:fldChar w:fldCharType="end"/>
            </w:r>
            <w:r>
              <w:rPr>
                <w:color w:val="000000"/>
                <w:sz w:val="17"/>
              </w:rPr>
              <w:br/>
            </w:r>
          </w:p>
        </w:tc>
      </w:tr>
      <w:tr w:rsidR="00F0718D" w14:paraId="63D651F6" w14:textId="77777777" w:rsidTr="00666924">
        <w:tc>
          <w:tcPr>
            <w:tcW w:w="2970" w:type="dxa"/>
            <w:shd w:val="clear" w:color="auto" w:fill="E8EEF5"/>
            <w:tcMar>
              <w:top w:w="80" w:type="dxa"/>
              <w:left w:w="120" w:type="dxa"/>
              <w:bottom w:w="80" w:type="dxa"/>
              <w:right w:w="120" w:type="dxa"/>
            </w:tcMar>
            <w:vAlign w:val="center"/>
          </w:tcPr>
          <w:p w14:paraId="05EC216E" w14:textId="5F9B585A" w:rsidR="00F0718D" w:rsidRDefault="00B7027A">
            <w:pPr>
              <w:spacing w:after="0" w:line="240" w:lineRule="auto"/>
            </w:pPr>
            <w:r>
              <w:rPr>
                <w:b/>
                <w:color w:val="1F4D78"/>
                <w:sz w:val="16"/>
              </w:rPr>
              <w:t>Resident/</w:t>
            </w:r>
            <w:r w:rsidR="002F264B">
              <w:rPr>
                <w:b/>
                <w:color w:val="1F4D78"/>
                <w:sz w:val="16"/>
              </w:rPr>
              <w:t>Client Response</w:t>
            </w:r>
            <w:r>
              <w:rPr>
                <w:b/>
                <w:color w:val="1F4D78"/>
                <w:sz w:val="16"/>
              </w:rPr>
              <w:t xml:space="preserve"> to </w:t>
            </w:r>
            <w:r w:rsidR="00173978">
              <w:rPr>
                <w:b/>
                <w:color w:val="1F4D78"/>
                <w:sz w:val="16"/>
              </w:rPr>
              <w:t xml:space="preserve">Nursing </w:t>
            </w:r>
            <w:r>
              <w:rPr>
                <w:b/>
                <w:color w:val="1F4D78"/>
                <w:sz w:val="16"/>
              </w:rPr>
              <w:t>Procedure / Treatment</w:t>
            </w:r>
          </w:p>
        </w:tc>
        <w:tc>
          <w:tcPr>
            <w:tcW w:w="7020" w:type="dxa"/>
            <w:tcMar>
              <w:top w:w="80" w:type="dxa"/>
              <w:left w:w="120" w:type="dxa"/>
              <w:bottom w:w="80" w:type="dxa"/>
              <w:right w:w="120" w:type="dxa"/>
            </w:tcMar>
            <w:vAlign w:val="center"/>
          </w:tcPr>
          <w:p w14:paraId="4ECB2EFC" w14:textId="2D7F3F41" w:rsidR="00F0718D" w:rsidRDefault="006A48BE">
            <w:pPr>
              <w:spacing w:after="0" w:line="240" w:lineRule="auto"/>
            </w:pPr>
            <w:r>
              <w:rPr>
                <w:color w:val="000000"/>
                <w:sz w:val="17"/>
              </w:rPr>
              <w:br/>
            </w:r>
            <w:r w:rsidR="00185188">
              <w:fldChar w:fldCharType="begin">
                <w:ffData>
                  <w:name w:val="Text5"/>
                  <w:enabled/>
                  <w:calcOnExit w:val="0"/>
                  <w:textInput/>
                </w:ffData>
              </w:fldChar>
            </w:r>
            <w:r w:rsidR="00185188">
              <w:instrText xml:space="preserve"> FORMTEXT </w:instrText>
            </w:r>
            <w:r w:rsidR="00185188">
              <w:fldChar w:fldCharType="separate"/>
            </w:r>
            <w:r w:rsidR="00185188">
              <w:rPr>
                <w:noProof/>
              </w:rPr>
              <w:t> </w:t>
            </w:r>
            <w:r w:rsidR="00185188">
              <w:rPr>
                <w:noProof/>
              </w:rPr>
              <w:t> </w:t>
            </w:r>
            <w:r w:rsidR="00185188">
              <w:rPr>
                <w:noProof/>
              </w:rPr>
              <w:t> </w:t>
            </w:r>
            <w:r w:rsidR="00185188">
              <w:rPr>
                <w:noProof/>
              </w:rPr>
              <w:t> </w:t>
            </w:r>
            <w:r w:rsidR="00185188">
              <w:rPr>
                <w:noProof/>
              </w:rPr>
              <w:t> </w:t>
            </w:r>
            <w:r w:rsidR="00185188">
              <w:fldChar w:fldCharType="end"/>
            </w:r>
            <w:r w:rsidR="00185188">
              <w:fldChar w:fldCharType="begin">
                <w:ffData>
                  <w:name w:val="Text6"/>
                  <w:enabled/>
                  <w:calcOnExit w:val="0"/>
                  <w:textInput/>
                </w:ffData>
              </w:fldChar>
            </w:r>
            <w:r w:rsidR="00185188">
              <w:instrText xml:space="preserve"> FORMTEXT </w:instrText>
            </w:r>
            <w:r w:rsidR="00185188">
              <w:fldChar w:fldCharType="separate"/>
            </w:r>
            <w:r w:rsidR="00185188">
              <w:rPr>
                <w:noProof/>
              </w:rPr>
              <w:t> </w:t>
            </w:r>
            <w:r w:rsidR="00185188">
              <w:rPr>
                <w:noProof/>
              </w:rPr>
              <w:t> </w:t>
            </w:r>
            <w:r w:rsidR="00185188">
              <w:rPr>
                <w:noProof/>
              </w:rPr>
              <w:t> </w:t>
            </w:r>
            <w:r w:rsidR="00185188">
              <w:rPr>
                <w:noProof/>
              </w:rPr>
              <w:t> </w:t>
            </w:r>
            <w:r w:rsidR="00185188">
              <w:rPr>
                <w:noProof/>
              </w:rPr>
              <w:t> </w:t>
            </w:r>
            <w:r w:rsidR="00185188">
              <w:fldChar w:fldCharType="end"/>
            </w:r>
            <w:r>
              <w:rPr>
                <w:color w:val="000000"/>
                <w:sz w:val="17"/>
              </w:rPr>
              <w:br/>
            </w:r>
          </w:p>
        </w:tc>
      </w:tr>
      <w:tr w:rsidR="00F0718D" w14:paraId="5A7140AE" w14:textId="77777777" w:rsidTr="00666924">
        <w:tc>
          <w:tcPr>
            <w:tcW w:w="2970" w:type="dxa"/>
            <w:shd w:val="clear" w:color="auto" w:fill="E8EEF5"/>
            <w:tcMar>
              <w:top w:w="80" w:type="dxa"/>
              <w:left w:w="120" w:type="dxa"/>
              <w:bottom w:w="80" w:type="dxa"/>
              <w:right w:w="120" w:type="dxa"/>
            </w:tcMar>
            <w:vAlign w:val="center"/>
          </w:tcPr>
          <w:p w14:paraId="30133118" w14:textId="77777777" w:rsidR="00F0718D" w:rsidRDefault="006A48BE">
            <w:pPr>
              <w:spacing w:after="0" w:line="240" w:lineRule="auto"/>
            </w:pPr>
            <w:r>
              <w:rPr>
                <w:b/>
                <w:color w:val="1F4D78"/>
                <w:sz w:val="16"/>
              </w:rPr>
              <w:t>Other Actual or Potential Health Problems Affecting Condition or Safety</w:t>
            </w:r>
          </w:p>
        </w:tc>
        <w:tc>
          <w:tcPr>
            <w:tcW w:w="7020" w:type="dxa"/>
            <w:tcMar>
              <w:top w:w="80" w:type="dxa"/>
              <w:left w:w="120" w:type="dxa"/>
              <w:bottom w:w="80" w:type="dxa"/>
              <w:right w:w="120" w:type="dxa"/>
            </w:tcMar>
            <w:vAlign w:val="center"/>
          </w:tcPr>
          <w:p w14:paraId="6B4F40AE" w14:textId="502D1764" w:rsidR="00F0718D" w:rsidRDefault="006A48BE">
            <w:pPr>
              <w:spacing w:after="0" w:line="240" w:lineRule="auto"/>
            </w:pPr>
            <w:r>
              <w:rPr>
                <w:color w:val="000000"/>
                <w:sz w:val="17"/>
              </w:rPr>
              <w:br/>
            </w:r>
            <w:r w:rsidR="006F5270">
              <w:fldChar w:fldCharType="begin">
                <w:ffData>
                  <w:name w:val="Text5"/>
                  <w:enabled/>
                  <w:calcOnExit w:val="0"/>
                  <w:textInput/>
                </w:ffData>
              </w:fldChar>
            </w:r>
            <w:r w:rsidR="006F5270">
              <w:instrText xml:space="preserve"> FORMTEXT </w:instrText>
            </w:r>
            <w:r w:rsidR="006F5270">
              <w:fldChar w:fldCharType="separate"/>
            </w:r>
            <w:r w:rsidR="006F5270">
              <w:rPr>
                <w:noProof/>
              </w:rPr>
              <w:t> </w:t>
            </w:r>
            <w:r w:rsidR="006F5270">
              <w:rPr>
                <w:noProof/>
              </w:rPr>
              <w:t> </w:t>
            </w:r>
            <w:r w:rsidR="006F5270">
              <w:rPr>
                <w:noProof/>
              </w:rPr>
              <w:t> </w:t>
            </w:r>
            <w:r w:rsidR="006F5270">
              <w:rPr>
                <w:noProof/>
              </w:rPr>
              <w:t> </w:t>
            </w:r>
            <w:r w:rsidR="006F5270">
              <w:rPr>
                <w:noProof/>
              </w:rPr>
              <w:t> </w:t>
            </w:r>
            <w:r w:rsidR="006F5270">
              <w:fldChar w:fldCharType="end"/>
            </w:r>
            <w:r w:rsidR="006F5270">
              <w:fldChar w:fldCharType="begin">
                <w:ffData>
                  <w:name w:val="Text6"/>
                  <w:enabled/>
                  <w:calcOnExit w:val="0"/>
                  <w:textInput/>
                </w:ffData>
              </w:fldChar>
            </w:r>
            <w:r w:rsidR="006F5270">
              <w:instrText xml:space="preserve"> FORMTEXT </w:instrText>
            </w:r>
            <w:r w:rsidR="006F5270">
              <w:fldChar w:fldCharType="separate"/>
            </w:r>
            <w:r w:rsidR="006F5270">
              <w:rPr>
                <w:noProof/>
              </w:rPr>
              <w:t> </w:t>
            </w:r>
            <w:r w:rsidR="006F5270">
              <w:rPr>
                <w:noProof/>
              </w:rPr>
              <w:t> </w:t>
            </w:r>
            <w:r w:rsidR="006F5270">
              <w:rPr>
                <w:noProof/>
              </w:rPr>
              <w:t> </w:t>
            </w:r>
            <w:r w:rsidR="006F5270">
              <w:rPr>
                <w:noProof/>
              </w:rPr>
              <w:t> </w:t>
            </w:r>
            <w:r w:rsidR="006F5270">
              <w:rPr>
                <w:noProof/>
              </w:rPr>
              <w:t> </w:t>
            </w:r>
            <w:r w:rsidR="006F5270">
              <w:fldChar w:fldCharType="end"/>
            </w:r>
            <w:r>
              <w:rPr>
                <w:color w:val="000000"/>
                <w:sz w:val="17"/>
              </w:rPr>
              <w:br/>
            </w:r>
          </w:p>
        </w:tc>
      </w:tr>
      <w:tr w:rsidR="005723A1" w14:paraId="1BC491A5" w14:textId="77777777" w:rsidTr="00666924">
        <w:tc>
          <w:tcPr>
            <w:tcW w:w="2970" w:type="dxa"/>
            <w:shd w:val="clear" w:color="auto" w:fill="E8EEF5"/>
            <w:tcMar>
              <w:top w:w="80" w:type="dxa"/>
              <w:left w:w="120" w:type="dxa"/>
              <w:bottom w:w="80" w:type="dxa"/>
              <w:right w:w="120" w:type="dxa"/>
            </w:tcMar>
            <w:vAlign w:val="center"/>
          </w:tcPr>
          <w:p w14:paraId="0713EF4C" w14:textId="65449A2C" w:rsidR="005723A1" w:rsidRDefault="00B7027A" w:rsidP="005723A1">
            <w:pPr>
              <w:spacing w:after="0" w:line="240" w:lineRule="auto"/>
              <w:rPr>
                <w:b/>
                <w:color w:val="1F4D78"/>
                <w:sz w:val="16"/>
              </w:rPr>
            </w:pPr>
            <w:r>
              <w:rPr>
                <w:b/>
                <w:color w:val="1F4D78"/>
                <w:sz w:val="16"/>
              </w:rPr>
              <w:t xml:space="preserve">Under What </w:t>
            </w:r>
            <w:r w:rsidR="005723A1">
              <w:rPr>
                <w:b/>
                <w:color w:val="1F4D78"/>
                <w:sz w:val="16"/>
              </w:rPr>
              <w:t xml:space="preserve">Conditions </w:t>
            </w:r>
            <w:r>
              <w:rPr>
                <w:b/>
                <w:color w:val="1F4D78"/>
                <w:sz w:val="16"/>
              </w:rPr>
              <w:t xml:space="preserve">Would </w:t>
            </w:r>
            <w:r w:rsidR="002F264B">
              <w:rPr>
                <w:b/>
                <w:color w:val="1F4D78"/>
                <w:sz w:val="16"/>
              </w:rPr>
              <w:t>an Earlier</w:t>
            </w:r>
            <w:r w:rsidR="005723A1">
              <w:rPr>
                <w:b/>
                <w:color w:val="1F4D78"/>
                <w:sz w:val="16"/>
              </w:rPr>
              <w:t xml:space="preserve"> Reassessment</w:t>
            </w:r>
            <w:r>
              <w:rPr>
                <w:b/>
                <w:color w:val="1F4D78"/>
                <w:sz w:val="16"/>
              </w:rPr>
              <w:t xml:space="preserve"> be Considered</w:t>
            </w:r>
          </w:p>
        </w:tc>
        <w:tc>
          <w:tcPr>
            <w:tcW w:w="7020" w:type="dxa"/>
            <w:tcMar>
              <w:top w:w="80" w:type="dxa"/>
              <w:left w:w="120" w:type="dxa"/>
              <w:bottom w:w="80" w:type="dxa"/>
              <w:right w:w="120" w:type="dxa"/>
            </w:tcMar>
            <w:vAlign w:val="center"/>
          </w:tcPr>
          <w:p w14:paraId="22CFDFAC" w14:textId="0EFF4A72" w:rsidR="005723A1" w:rsidRDefault="005723A1" w:rsidP="005723A1">
            <w:pPr>
              <w:spacing w:after="0" w:line="240" w:lineRule="auto"/>
              <w:rPr>
                <w:color w:val="000000"/>
                <w:sz w:val="17"/>
              </w:rPr>
            </w:pPr>
            <w:r>
              <w:rPr>
                <w:color w:val="000000"/>
                <w:sz w:val="17"/>
              </w:rPr>
              <w:br/>
            </w:r>
            <w:r w:rsidR="006F5270">
              <w:fldChar w:fldCharType="begin">
                <w:ffData>
                  <w:name w:val="Text5"/>
                  <w:enabled/>
                  <w:calcOnExit w:val="0"/>
                  <w:textInput/>
                </w:ffData>
              </w:fldChar>
            </w:r>
            <w:r w:rsidR="006F5270">
              <w:instrText xml:space="preserve"> FORMTEXT </w:instrText>
            </w:r>
            <w:r w:rsidR="006F5270">
              <w:fldChar w:fldCharType="separate"/>
            </w:r>
            <w:r w:rsidR="006F5270">
              <w:rPr>
                <w:noProof/>
              </w:rPr>
              <w:t> </w:t>
            </w:r>
            <w:r w:rsidR="006F5270">
              <w:rPr>
                <w:noProof/>
              </w:rPr>
              <w:t> </w:t>
            </w:r>
            <w:r w:rsidR="006F5270">
              <w:rPr>
                <w:noProof/>
              </w:rPr>
              <w:t> </w:t>
            </w:r>
            <w:r w:rsidR="006F5270">
              <w:rPr>
                <w:noProof/>
              </w:rPr>
              <w:t> </w:t>
            </w:r>
            <w:r w:rsidR="006F5270">
              <w:rPr>
                <w:noProof/>
              </w:rPr>
              <w:t> </w:t>
            </w:r>
            <w:r w:rsidR="006F5270">
              <w:fldChar w:fldCharType="end"/>
            </w:r>
            <w:r w:rsidR="006F5270">
              <w:fldChar w:fldCharType="begin">
                <w:ffData>
                  <w:name w:val="Text6"/>
                  <w:enabled/>
                  <w:calcOnExit w:val="0"/>
                  <w:textInput/>
                </w:ffData>
              </w:fldChar>
            </w:r>
            <w:r w:rsidR="006F5270">
              <w:instrText xml:space="preserve"> FORMTEXT </w:instrText>
            </w:r>
            <w:r w:rsidR="006F5270">
              <w:fldChar w:fldCharType="separate"/>
            </w:r>
            <w:r w:rsidR="006F5270">
              <w:rPr>
                <w:noProof/>
              </w:rPr>
              <w:t> </w:t>
            </w:r>
            <w:r w:rsidR="006F5270">
              <w:rPr>
                <w:noProof/>
              </w:rPr>
              <w:t> </w:t>
            </w:r>
            <w:r w:rsidR="006F5270">
              <w:rPr>
                <w:noProof/>
              </w:rPr>
              <w:t> </w:t>
            </w:r>
            <w:r w:rsidR="006F5270">
              <w:rPr>
                <w:noProof/>
              </w:rPr>
              <w:t> </w:t>
            </w:r>
            <w:r w:rsidR="006F5270">
              <w:rPr>
                <w:noProof/>
              </w:rPr>
              <w:t> </w:t>
            </w:r>
            <w:r w:rsidR="006F5270">
              <w:fldChar w:fldCharType="end"/>
            </w:r>
            <w:r>
              <w:rPr>
                <w:color w:val="000000"/>
                <w:sz w:val="17"/>
              </w:rPr>
              <w:br/>
            </w:r>
          </w:p>
        </w:tc>
      </w:tr>
    </w:tbl>
    <w:p w14:paraId="45B43B0E" w14:textId="77777777" w:rsidR="005723A1" w:rsidRPr="005B17EF" w:rsidRDefault="005723A1" w:rsidP="005723A1">
      <w:pPr>
        <w:rPr>
          <w:b/>
          <w:color w:val="1F4D78"/>
          <w:sz w:val="16"/>
        </w:rPr>
      </w:pPr>
    </w:p>
    <w:p w14:paraId="2DBF2901" w14:textId="7DF8192A" w:rsidR="005723A1" w:rsidRDefault="003D6D74" w:rsidP="005723A1">
      <w:r>
        <w:rPr>
          <w:b/>
          <w:color w:val="1F4D78"/>
          <w:sz w:val="22"/>
        </w:rPr>
        <w:t>3</w:t>
      </w:r>
      <w:r w:rsidR="005723A1">
        <w:rPr>
          <w:b/>
          <w:color w:val="1F4D78"/>
          <w:sz w:val="22"/>
        </w:rPr>
        <w:t xml:space="preserve">. </w:t>
      </w:r>
      <w:r w:rsidR="00B7027A">
        <w:rPr>
          <w:b/>
          <w:color w:val="1F4D78"/>
          <w:sz w:val="22"/>
        </w:rPr>
        <w:t xml:space="preserve">ASSESSMENT AND EVALUATION OF THE CLIENT/RESIDENT </w:t>
      </w:r>
      <w:r w:rsidR="005723A1">
        <w:rPr>
          <w:b/>
          <w:color w:val="1F4D78"/>
          <w:sz w:val="22"/>
        </w:rPr>
        <w:t>ENVIRONMENT OF CARE</w:t>
      </w:r>
    </w:p>
    <w:tbl>
      <w:tblPr>
        <w:tblStyle w:val="TableGrid"/>
        <w:tblW w:w="9990" w:type="dxa"/>
        <w:tblInd w:w="120" w:type="dxa"/>
        <w:tblLayout w:type="fixed"/>
        <w:tblLook w:val="04A0" w:firstRow="1" w:lastRow="0" w:firstColumn="1" w:lastColumn="0" w:noHBand="0" w:noVBand="1"/>
      </w:tblPr>
      <w:tblGrid>
        <w:gridCol w:w="3000"/>
        <w:gridCol w:w="6990"/>
      </w:tblGrid>
      <w:tr w:rsidR="005723A1" w14:paraId="37BD2C92" w14:textId="77777777" w:rsidTr="00B663FC">
        <w:tc>
          <w:tcPr>
            <w:tcW w:w="3000" w:type="dxa"/>
            <w:shd w:val="clear" w:color="auto" w:fill="E8EEF5"/>
            <w:tcMar>
              <w:top w:w="80" w:type="dxa"/>
              <w:left w:w="120" w:type="dxa"/>
              <w:bottom w:w="80" w:type="dxa"/>
              <w:right w:w="120" w:type="dxa"/>
            </w:tcMar>
            <w:vAlign w:val="center"/>
          </w:tcPr>
          <w:p w14:paraId="1994D638" w14:textId="77777777" w:rsidR="005723A1" w:rsidRDefault="005723A1" w:rsidP="00FA19FF">
            <w:pPr>
              <w:spacing w:after="0" w:line="240" w:lineRule="auto"/>
            </w:pPr>
            <w:r>
              <w:rPr>
                <w:b/>
                <w:color w:val="1F4D78"/>
                <w:sz w:val="16"/>
              </w:rPr>
              <w:t>Environment Assessment</w:t>
            </w:r>
          </w:p>
        </w:tc>
        <w:tc>
          <w:tcPr>
            <w:tcW w:w="6990" w:type="dxa"/>
            <w:tcMar>
              <w:top w:w="80" w:type="dxa"/>
              <w:left w:w="120" w:type="dxa"/>
              <w:bottom w:w="80" w:type="dxa"/>
              <w:right w:w="120" w:type="dxa"/>
            </w:tcMar>
            <w:vAlign w:val="center"/>
          </w:tcPr>
          <w:p w14:paraId="7DEAE76D" w14:textId="76AFF6C0" w:rsidR="005723A1" w:rsidRDefault="005723A1" w:rsidP="00FA19FF">
            <w:pPr>
              <w:spacing w:after="0" w:line="240" w:lineRule="auto"/>
            </w:pPr>
            <w:r>
              <w:rPr>
                <w:color w:val="000000"/>
                <w:sz w:val="17"/>
              </w:rPr>
              <w:br/>
            </w:r>
            <w:r w:rsidR="00185188">
              <w:fldChar w:fldCharType="begin">
                <w:ffData>
                  <w:name w:val="Text5"/>
                  <w:enabled/>
                  <w:calcOnExit w:val="0"/>
                  <w:textInput/>
                </w:ffData>
              </w:fldChar>
            </w:r>
            <w:r w:rsidR="00185188">
              <w:instrText xml:space="preserve"> FORMTEXT </w:instrText>
            </w:r>
            <w:r w:rsidR="00185188">
              <w:fldChar w:fldCharType="separate"/>
            </w:r>
            <w:r w:rsidR="00185188">
              <w:rPr>
                <w:noProof/>
              </w:rPr>
              <w:t> </w:t>
            </w:r>
            <w:r w:rsidR="00185188">
              <w:rPr>
                <w:noProof/>
              </w:rPr>
              <w:t> </w:t>
            </w:r>
            <w:r w:rsidR="00185188">
              <w:rPr>
                <w:noProof/>
              </w:rPr>
              <w:t> </w:t>
            </w:r>
            <w:r w:rsidR="00185188">
              <w:rPr>
                <w:noProof/>
              </w:rPr>
              <w:t> </w:t>
            </w:r>
            <w:r w:rsidR="00185188">
              <w:rPr>
                <w:noProof/>
              </w:rPr>
              <w:t> </w:t>
            </w:r>
            <w:r w:rsidR="00185188">
              <w:fldChar w:fldCharType="end"/>
            </w:r>
            <w:r w:rsidR="00185188">
              <w:fldChar w:fldCharType="begin">
                <w:ffData>
                  <w:name w:val="Text6"/>
                  <w:enabled/>
                  <w:calcOnExit w:val="0"/>
                  <w:textInput/>
                </w:ffData>
              </w:fldChar>
            </w:r>
            <w:r w:rsidR="00185188">
              <w:instrText xml:space="preserve"> FORMTEXT </w:instrText>
            </w:r>
            <w:r w:rsidR="00185188">
              <w:fldChar w:fldCharType="separate"/>
            </w:r>
            <w:r w:rsidR="00185188">
              <w:rPr>
                <w:noProof/>
              </w:rPr>
              <w:t> </w:t>
            </w:r>
            <w:r w:rsidR="00185188">
              <w:rPr>
                <w:noProof/>
              </w:rPr>
              <w:t> </w:t>
            </w:r>
            <w:r w:rsidR="00185188">
              <w:rPr>
                <w:noProof/>
              </w:rPr>
              <w:t> </w:t>
            </w:r>
            <w:r w:rsidR="00185188">
              <w:rPr>
                <w:noProof/>
              </w:rPr>
              <w:t> </w:t>
            </w:r>
            <w:r w:rsidR="00185188">
              <w:rPr>
                <w:noProof/>
              </w:rPr>
              <w:t> </w:t>
            </w:r>
            <w:r w:rsidR="00185188">
              <w:fldChar w:fldCharType="end"/>
            </w:r>
            <w:r>
              <w:rPr>
                <w:color w:val="000000"/>
                <w:sz w:val="17"/>
              </w:rPr>
              <w:br/>
            </w:r>
          </w:p>
        </w:tc>
      </w:tr>
      <w:tr w:rsidR="005723A1" w14:paraId="40407AC0" w14:textId="77777777" w:rsidTr="00B663FC">
        <w:tc>
          <w:tcPr>
            <w:tcW w:w="3000" w:type="dxa"/>
            <w:shd w:val="clear" w:color="auto" w:fill="E8EEF5"/>
            <w:tcMar>
              <w:top w:w="80" w:type="dxa"/>
              <w:left w:w="120" w:type="dxa"/>
              <w:bottom w:w="80" w:type="dxa"/>
              <w:right w:w="120" w:type="dxa"/>
            </w:tcMar>
            <w:vAlign w:val="center"/>
          </w:tcPr>
          <w:p w14:paraId="6F63AD23" w14:textId="77777777" w:rsidR="005723A1" w:rsidRDefault="005723A1" w:rsidP="00FA19FF">
            <w:pPr>
              <w:spacing w:after="0" w:line="240" w:lineRule="auto"/>
            </w:pPr>
            <w:r>
              <w:rPr>
                <w:b/>
                <w:color w:val="1F4D78"/>
                <w:sz w:val="16"/>
              </w:rPr>
              <w:t>Required Equipment / Supplies Available and Safe</w:t>
            </w:r>
          </w:p>
        </w:tc>
        <w:tc>
          <w:tcPr>
            <w:tcW w:w="6990" w:type="dxa"/>
            <w:tcMar>
              <w:top w:w="80" w:type="dxa"/>
              <w:left w:w="120" w:type="dxa"/>
              <w:bottom w:w="80" w:type="dxa"/>
              <w:right w:w="120" w:type="dxa"/>
            </w:tcMar>
            <w:vAlign w:val="center"/>
          </w:tcPr>
          <w:p w14:paraId="5DF5F839" w14:textId="7EC4F874" w:rsidR="005723A1" w:rsidRDefault="005723A1" w:rsidP="00FA19FF">
            <w:pPr>
              <w:spacing w:after="0" w:line="240" w:lineRule="auto"/>
            </w:pPr>
            <w:r>
              <w:rPr>
                <w:color w:val="000000"/>
                <w:sz w:val="17"/>
              </w:rPr>
              <w:br/>
            </w:r>
            <w:r w:rsidR="006F5270">
              <w:fldChar w:fldCharType="begin">
                <w:ffData>
                  <w:name w:val="Text5"/>
                  <w:enabled/>
                  <w:calcOnExit w:val="0"/>
                  <w:textInput/>
                </w:ffData>
              </w:fldChar>
            </w:r>
            <w:r w:rsidR="006F5270">
              <w:instrText xml:space="preserve"> FORMTEXT </w:instrText>
            </w:r>
            <w:r w:rsidR="006F5270">
              <w:fldChar w:fldCharType="separate"/>
            </w:r>
            <w:r w:rsidR="006F5270">
              <w:rPr>
                <w:noProof/>
              </w:rPr>
              <w:t> </w:t>
            </w:r>
            <w:r w:rsidR="006F5270">
              <w:rPr>
                <w:noProof/>
              </w:rPr>
              <w:t> </w:t>
            </w:r>
            <w:r w:rsidR="006F5270">
              <w:rPr>
                <w:noProof/>
              </w:rPr>
              <w:t> </w:t>
            </w:r>
            <w:r w:rsidR="006F5270">
              <w:rPr>
                <w:noProof/>
              </w:rPr>
              <w:t> </w:t>
            </w:r>
            <w:r w:rsidR="006F5270">
              <w:rPr>
                <w:noProof/>
              </w:rPr>
              <w:t> </w:t>
            </w:r>
            <w:r w:rsidR="006F5270">
              <w:fldChar w:fldCharType="end"/>
            </w:r>
            <w:r w:rsidR="006F5270">
              <w:fldChar w:fldCharType="begin">
                <w:ffData>
                  <w:name w:val="Text6"/>
                  <w:enabled/>
                  <w:calcOnExit w:val="0"/>
                  <w:textInput/>
                </w:ffData>
              </w:fldChar>
            </w:r>
            <w:r w:rsidR="006F5270">
              <w:instrText xml:space="preserve"> FORMTEXT </w:instrText>
            </w:r>
            <w:r w:rsidR="006F5270">
              <w:fldChar w:fldCharType="separate"/>
            </w:r>
            <w:r w:rsidR="006F5270">
              <w:rPr>
                <w:noProof/>
              </w:rPr>
              <w:t> </w:t>
            </w:r>
            <w:r w:rsidR="006F5270">
              <w:rPr>
                <w:noProof/>
              </w:rPr>
              <w:t> </w:t>
            </w:r>
            <w:r w:rsidR="006F5270">
              <w:rPr>
                <w:noProof/>
              </w:rPr>
              <w:t> </w:t>
            </w:r>
            <w:r w:rsidR="006F5270">
              <w:rPr>
                <w:noProof/>
              </w:rPr>
              <w:t> </w:t>
            </w:r>
            <w:r w:rsidR="006F5270">
              <w:rPr>
                <w:noProof/>
              </w:rPr>
              <w:t> </w:t>
            </w:r>
            <w:r w:rsidR="006F5270">
              <w:fldChar w:fldCharType="end"/>
            </w:r>
            <w:r>
              <w:rPr>
                <w:color w:val="000000"/>
                <w:sz w:val="17"/>
              </w:rPr>
              <w:br/>
            </w:r>
          </w:p>
        </w:tc>
      </w:tr>
      <w:tr w:rsidR="005723A1" w14:paraId="60F98577" w14:textId="77777777" w:rsidTr="00B663FC">
        <w:tc>
          <w:tcPr>
            <w:tcW w:w="3000" w:type="dxa"/>
            <w:shd w:val="clear" w:color="auto" w:fill="E8EEF5"/>
            <w:tcMar>
              <w:top w:w="80" w:type="dxa"/>
              <w:left w:w="120" w:type="dxa"/>
              <w:bottom w:w="80" w:type="dxa"/>
              <w:right w:w="120" w:type="dxa"/>
            </w:tcMar>
            <w:vAlign w:val="center"/>
          </w:tcPr>
          <w:p w14:paraId="04B1DBA4" w14:textId="77777777" w:rsidR="005723A1" w:rsidRDefault="005723A1" w:rsidP="00FA19FF">
            <w:pPr>
              <w:spacing w:after="0" w:line="240" w:lineRule="auto"/>
            </w:pPr>
            <w:r>
              <w:rPr>
                <w:b/>
                <w:color w:val="1F4D78"/>
                <w:sz w:val="16"/>
              </w:rPr>
              <w:t>Identified Safety Concerns</w:t>
            </w:r>
          </w:p>
        </w:tc>
        <w:tc>
          <w:tcPr>
            <w:tcW w:w="6990" w:type="dxa"/>
            <w:tcMar>
              <w:top w:w="80" w:type="dxa"/>
              <w:left w:w="120" w:type="dxa"/>
              <w:bottom w:w="80" w:type="dxa"/>
              <w:right w:w="120" w:type="dxa"/>
            </w:tcMar>
            <w:vAlign w:val="center"/>
          </w:tcPr>
          <w:p w14:paraId="3643C56C" w14:textId="70A045A6" w:rsidR="005723A1" w:rsidRDefault="005723A1" w:rsidP="00FA19FF">
            <w:pPr>
              <w:spacing w:after="0" w:line="240" w:lineRule="auto"/>
            </w:pPr>
            <w:r>
              <w:rPr>
                <w:color w:val="000000"/>
                <w:sz w:val="17"/>
              </w:rPr>
              <w:br/>
            </w:r>
            <w:r w:rsidR="00185188">
              <w:fldChar w:fldCharType="begin">
                <w:ffData>
                  <w:name w:val="Text5"/>
                  <w:enabled/>
                  <w:calcOnExit w:val="0"/>
                  <w:textInput/>
                </w:ffData>
              </w:fldChar>
            </w:r>
            <w:r w:rsidR="00185188">
              <w:instrText xml:space="preserve"> FORMTEXT </w:instrText>
            </w:r>
            <w:r w:rsidR="00185188">
              <w:fldChar w:fldCharType="separate"/>
            </w:r>
            <w:r w:rsidR="00185188">
              <w:rPr>
                <w:noProof/>
              </w:rPr>
              <w:t> </w:t>
            </w:r>
            <w:r w:rsidR="00185188">
              <w:rPr>
                <w:noProof/>
              </w:rPr>
              <w:t> </w:t>
            </w:r>
            <w:r w:rsidR="00185188">
              <w:rPr>
                <w:noProof/>
              </w:rPr>
              <w:t> </w:t>
            </w:r>
            <w:r w:rsidR="00185188">
              <w:rPr>
                <w:noProof/>
              </w:rPr>
              <w:t> </w:t>
            </w:r>
            <w:r w:rsidR="00185188">
              <w:rPr>
                <w:noProof/>
              </w:rPr>
              <w:t> </w:t>
            </w:r>
            <w:r w:rsidR="00185188">
              <w:fldChar w:fldCharType="end"/>
            </w:r>
            <w:r w:rsidR="00185188">
              <w:fldChar w:fldCharType="begin">
                <w:ffData>
                  <w:name w:val="Text6"/>
                  <w:enabled/>
                  <w:calcOnExit w:val="0"/>
                  <w:textInput/>
                </w:ffData>
              </w:fldChar>
            </w:r>
            <w:r w:rsidR="00185188">
              <w:instrText xml:space="preserve"> FORMTEXT </w:instrText>
            </w:r>
            <w:r w:rsidR="00185188">
              <w:fldChar w:fldCharType="separate"/>
            </w:r>
            <w:r w:rsidR="00185188">
              <w:rPr>
                <w:noProof/>
              </w:rPr>
              <w:t> </w:t>
            </w:r>
            <w:r w:rsidR="00185188">
              <w:rPr>
                <w:noProof/>
              </w:rPr>
              <w:t> </w:t>
            </w:r>
            <w:r w:rsidR="00185188">
              <w:rPr>
                <w:noProof/>
              </w:rPr>
              <w:t> </w:t>
            </w:r>
            <w:r w:rsidR="00185188">
              <w:rPr>
                <w:noProof/>
              </w:rPr>
              <w:t> </w:t>
            </w:r>
            <w:r w:rsidR="00185188">
              <w:rPr>
                <w:noProof/>
              </w:rPr>
              <w:t> </w:t>
            </w:r>
            <w:r w:rsidR="00185188">
              <w:fldChar w:fldCharType="end"/>
            </w:r>
            <w:r>
              <w:rPr>
                <w:color w:val="000000"/>
                <w:sz w:val="17"/>
              </w:rPr>
              <w:br/>
            </w:r>
          </w:p>
        </w:tc>
      </w:tr>
      <w:tr w:rsidR="00B7027A" w14:paraId="66730999" w14:textId="77777777" w:rsidTr="00B663FC">
        <w:tc>
          <w:tcPr>
            <w:tcW w:w="3000" w:type="dxa"/>
            <w:shd w:val="clear" w:color="auto" w:fill="E8EEF5"/>
            <w:tcMar>
              <w:top w:w="80" w:type="dxa"/>
              <w:left w:w="120" w:type="dxa"/>
              <w:bottom w:w="80" w:type="dxa"/>
              <w:right w:w="120" w:type="dxa"/>
            </w:tcMar>
            <w:vAlign w:val="center"/>
          </w:tcPr>
          <w:p w14:paraId="6610168B" w14:textId="1AD3C438" w:rsidR="00B7027A" w:rsidRDefault="00B7027A" w:rsidP="00FA19FF">
            <w:pPr>
              <w:spacing w:after="0" w:line="240" w:lineRule="auto"/>
              <w:rPr>
                <w:b/>
                <w:color w:val="1F4D78"/>
                <w:sz w:val="16"/>
              </w:rPr>
            </w:pPr>
            <w:r>
              <w:rPr>
                <w:b/>
                <w:color w:val="1F4D78"/>
                <w:sz w:val="16"/>
              </w:rPr>
              <w:t>UAP Availability</w:t>
            </w:r>
          </w:p>
        </w:tc>
        <w:tc>
          <w:tcPr>
            <w:tcW w:w="6990" w:type="dxa"/>
            <w:tcMar>
              <w:top w:w="80" w:type="dxa"/>
              <w:left w:w="120" w:type="dxa"/>
              <w:bottom w:w="80" w:type="dxa"/>
              <w:right w:w="120" w:type="dxa"/>
            </w:tcMar>
            <w:vAlign w:val="center"/>
          </w:tcPr>
          <w:p w14:paraId="123DC31E" w14:textId="1E7E591A" w:rsidR="00B7027A" w:rsidRDefault="006F5270" w:rsidP="00FA19FF">
            <w:pPr>
              <w:spacing w:after="0" w:line="240" w:lineRule="auto"/>
              <w:rPr>
                <w:color w:val="000000"/>
                <w:sz w:val="17"/>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723A1" w14:paraId="121AEE37" w14:textId="77777777" w:rsidTr="00B663FC">
        <w:tc>
          <w:tcPr>
            <w:tcW w:w="3000" w:type="dxa"/>
            <w:shd w:val="clear" w:color="auto" w:fill="E8EEF5"/>
            <w:tcMar>
              <w:top w:w="80" w:type="dxa"/>
              <w:left w:w="120" w:type="dxa"/>
              <w:bottom w:w="80" w:type="dxa"/>
              <w:right w:w="120" w:type="dxa"/>
            </w:tcMar>
            <w:vAlign w:val="center"/>
          </w:tcPr>
          <w:p w14:paraId="5F822023" w14:textId="77777777" w:rsidR="005723A1" w:rsidRDefault="005723A1" w:rsidP="00FA19FF">
            <w:pPr>
              <w:spacing w:after="0" w:line="240" w:lineRule="auto"/>
            </w:pPr>
            <w:r>
              <w:rPr>
                <w:b/>
                <w:color w:val="1F4D78"/>
                <w:sz w:val="16"/>
              </w:rPr>
              <w:t>Actions Needed Before Delegation Can Proceed</w:t>
            </w:r>
          </w:p>
        </w:tc>
        <w:tc>
          <w:tcPr>
            <w:tcW w:w="6990" w:type="dxa"/>
            <w:tcMar>
              <w:top w:w="80" w:type="dxa"/>
              <w:left w:w="120" w:type="dxa"/>
              <w:bottom w:w="80" w:type="dxa"/>
              <w:right w:w="120" w:type="dxa"/>
            </w:tcMar>
            <w:vAlign w:val="center"/>
          </w:tcPr>
          <w:p w14:paraId="1E17CCDD" w14:textId="51B087FF" w:rsidR="005723A1" w:rsidRDefault="005723A1" w:rsidP="00FA19FF">
            <w:pPr>
              <w:spacing w:after="0" w:line="240" w:lineRule="auto"/>
            </w:pPr>
            <w:r>
              <w:rPr>
                <w:color w:val="000000"/>
                <w:sz w:val="17"/>
              </w:rPr>
              <w:br/>
            </w:r>
            <w:r w:rsidR="00185188">
              <w:fldChar w:fldCharType="begin">
                <w:ffData>
                  <w:name w:val="Text5"/>
                  <w:enabled/>
                  <w:calcOnExit w:val="0"/>
                  <w:textInput/>
                </w:ffData>
              </w:fldChar>
            </w:r>
            <w:r w:rsidR="00185188">
              <w:instrText xml:space="preserve"> FORMTEXT </w:instrText>
            </w:r>
            <w:r w:rsidR="00185188">
              <w:fldChar w:fldCharType="separate"/>
            </w:r>
            <w:r w:rsidR="00185188">
              <w:rPr>
                <w:noProof/>
              </w:rPr>
              <w:t> </w:t>
            </w:r>
            <w:r w:rsidR="00185188">
              <w:rPr>
                <w:noProof/>
              </w:rPr>
              <w:t> </w:t>
            </w:r>
            <w:r w:rsidR="00185188">
              <w:rPr>
                <w:noProof/>
              </w:rPr>
              <w:t> </w:t>
            </w:r>
            <w:r w:rsidR="00185188">
              <w:rPr>
                <w:noProof/>
              </w:rPr>
              <w:t> </w:t>
            </w:r>
            <w:r w:rsidR="00185188">
              <w:rPr>
                <w:noProof/>
              </w:rPr>
              <w:t> </w:t>
            </w:r>
            <w:r w:rsidR="00185188">
              <w:fldChar w:fldCharType="end"/>
            </w:r>
            <w:r w:rsidR="00185188">
              <w:fldChar w:fldCharType="begin">
                <w:ffData>
                  <w:name w:val="Text6"/>
                  <w:enabled/>
                  <w:calcOnExit w:val="0"/>
                  <w:textInput/>
                </w:ffData>
              </w:fldChar>
            </w:r>
            <w:r w:rsidR="00185188">
              <w:instrText xml:space="preserve"> FORMTEXT </w:instrText>
            </w:r>
            <w:r w:rsidR="00185188">
              <w:fldChar w:fldCharType="separate"/>
            </w:r>
            <w:r w:rsidR="00185188">
              <w:rPr>
                <w:noProof/>
              </w:rPr>
              <w:t> </w:t>
            </w:r>
            <w:r w:rsidR="00185188">
              <w:rPr>
                <w:noProof/>
              </w:rPr>
              <w:t> </w:t>
            </w:r>
            <w:r w:rsidR="00185188">
              <w:rPr>
                <w:noProof/>
              </w:rPr>
              <w:t> </w:t>
            </w:r>
            <w:r w:rsidR="00185188">
              <w:rPr>
                <w:noProof/>
              </w:rPr>
              <w:t> </w:t>
            </w:r>
            <w:r w:rsidR="00185188">
              <w:rPr>
                <w:noProof/>
              </w:rPr>
              <w:t> </w:t>
            </w:r>
            <w:r w:rsidR="00185188">
              <w:fldChar w:fldCharType="end"/>
            </w:r>
            <w:r>
              <w:rPr>
                <w:color w:val="000000"/>
                <w:sz w:val="17"/>
              </w:rPr>
              <w:br/>
            </w:r>
          </w:p>
        </w:tc>
      </w:tr>
    </w:tbl>
    <w:p w14:paraId="479EEC1C" w14:textId="77777777" w:rsidR="005723A1" w:rsidRPr="005B17EF" w:rsidRDefault="005723A1" w:rsidP="005723A1">
      <w:pPr>
        <w:rPr>
          <w:b/>
          <w:color w:val="1F4D78"/>
          <w:sz w:val="16"/>
        </w:rPr>
      </w:pPr>
    </w:p>
    <w:p w14:paraId="57B3065E" w14:textId="3B0B36A9" w:rsidR="005723A1" w:rsidRDefault="003D6D74" w:rsidP="005723A1">
      <w:r>
        <w:rPr>
          <w:b/>
          <w:color w:val="1F4D78"/>
          <w:sz w:val="22"/>
        </w:rPr>
        <w:lastRenderedPageBreak/>
        <w:t>4</w:t>
      </w:r>
      <w:r w:rsidR="005723A1">
        <w:rPr>
          <w:b/>
          <w:color w:val="1F4D78"/>
          <w:sz w:val="22"/>
        </w:rPr>
        <w:t>. RESIDENT-FOCUSED SAFETY DETERMINATIONS</w:t>
      </w:r>
    </w:p>
    <w:p w14:paraId="0A082E2D" w14:textId="77777777" w:rsidR="005723A1" w:rsidRDefault="005723A1" w:rsidP="005723A1">
      <w:pPr>
        <w:spacing w:line="247" w:lineRule="auto"/>
      </w:pPr>
      <w:r>
        <w:rPr>
          <w:i/>
          <w:color w:val="666666"/>
          <w:sz w:val="16"/>
        </w:rPr>
        <w:t>Each applicable criterion must be met before delegation may proceed. UAP-specific criteria are documented on the separate UAP evaluation.</w:t>
      </w:r>
    </w:p>
    <w:tbl>
      <w:tblPr>
        <w:tblStyle w:val="TableGrid"/>
        <w:tblW w:w="9990" w:type="dxa"/>
        <w:tblInd w:w="120" w:type="dxa"/>
        <w:tblLayout w:type="fixed"/>
        <w:tblLook w:val="04A0" w:firstRow="1" w:lastRow="0" w:firstColumn="1" w:lastColumn="0" w:noHBand="0" w:noVBand="1"/>
      </w:tblPr>
      <w:tblGrid>
        <w:gridCol w:w="630"/>
        <w:gridCol w:w="4170"/>
        <w:gridCol w:w="560"/>
        <w:gridCol w:w="560"/>
        <w:gridCol w:w="4070"/>
      </w:tblGrid>
      <w:tr w:rsidR="005723A1" w14:paraId="4C3AF785" w14:textId="77777777" w:rsidTr="005B17EF">
        <w:trPr>
          <w:tblHeader/>
        </w:trPr>
        <w:tc>
          <w:tcPr>
            <w:tcW w:w="630" w:type="dxa"/>
            <w:shd w:val="clear" w:color="auto" w:fill="1F4D78"/>
            <w:tcMar>
              <w:top w:w="80" w:type="dxa"/>
              <w:left w:w="120" w:type="dxa"/>
              <w:bottom w:w="80" w:type="dxa"/>
              <w:right w:w="120" w:type="dxa"/>
            </w:tcMar>
            <w:vAlign w:val="center"/>
          </w:tcPr>
          <w:p w14:paraId="76E028A5" w14:textId="77777777" w:rsidR="005723A1" w:rsidRDefault="005723A1" w:rsidP="00FA19FF">
            <w:pPr>
              <w:spacing w:after="0" w:line="240" w:lineRule="auto"/>
              <w:jc w:val="center"/>
            </w:pPr>
            <w:r>
              <w:rPr>
                <w:b/>
                <w:color w:val="FFFFFF"/>
                <w:sz w:val="15"/>
              </w:rPr>
              <w:t>Rule</w:t>
            </w:r>
          </w:p>
        </w:tc>
        <w:tc>
          <w:tcPr>
            <w:tcW w:w="4170" w:type="dxa"/>
            <w:shd w:val="clear" w:color="auto" w:fill="1F4D78"/>
            <w:tcMar>
              <w:top w:w="80" w:type="dxa"/>
              <w:left w:w="120" w:type="dxa"/>
              <w:bottom w:w="80" w:type="dxa"/>
              <w:right w:w="120" w:type="dxa"/>
            </w:tcMar>
            <w:vAlign w:val="center"/>
          </w:tcPr>
          <w:p w14:paraId="108439E8" w14:textId="77777777" w:rsidR="005723A1" w:rsidRDefault="005723A1" w:rsidP="00FA19FF">
            <w:pPr>
              <w:spacing w:after="0" w:line="240" w:lineRule="auto"/>
              <w:jc w:val="center"/>
            </w:pPr>
            <w:r>
              <w:rPr>
                <w:b/>
                <w:color w:val="FFFFFF"/>
                <w:sz w:val="15"/>
              </w:rPr>
              <w:t>Required Determination</w:t>
            </w:r>
          </w:p>
        </w:tc>
        <w:tc>
          <w:tcPr>
            <w:tcW w:w="560" w:type="dxa"/>
            <w:shd w:val="clear" w:color="auto" w:fill="1F4D78"/>
            <w:tcMar>
              <w:top w:w="80" w:type="dxa"/>
              <w:left w:w="120" w:type="dxa"/>
              <w:bottom w:w="80" w:type="dxa"/>
              <w:right w:w="120" w:type="dxa"/>
            </w:tcMar>
            <w:vAlign w:val="center"/>
          </w:tcPr>
          <w:p w14:paraId="3BAE256A" w14:textId="77777777" w:rsidR="005723A1" w:rsidRDefault="005723A1" w:rsidP="00FA19FF">
            <w:pPr>
              <w:spacing w:after="0" w:line="240" w:lineRule="auto"/>
              <w:jc w:val="center"/>
            </w:pPr>
            <w:r>
              <w:rPr>
                <w:b/>
                <w:color w:val="FFFFFF"/>
                <w:sz w:val="15"/>
              </w:rPr>
              <w:t>Yes</w:t>
            </w:r>
          </w:p>
        </w:tc>
        <w:tc>
          <w:tcPr>
            <w:tcW w:w="560" w:type="dxa"/>
            <w:shd w:val="clear" w:color="auto" w:fill="1F4D78"/>
            <w:tcMar>
              <w:top w:w="80" w:type="dxa"/>
              <w:left w:w="120" w:type="dxa"/>
              <w:bottom w:w="80" w:type="dxa"/>
              <w:right w:w="120" w:type="dxa"/>
            </w:tcMar>
            <w:vAlign w:val="center"/>
          </w:tcPr>
          <w:p w14:paraId="22DE2CD3" w14:textId="77777777" w:rsidR="005723A1" w:rsidRDefault="005723A1" w:rsidP="00FA19FF">
            <w:pPr>
              <w:spacing w:after="0" w:line="240" w:lineRule="auto"/>
              <w:jc w:val="center"/>
            </w:pPr>
            <w:r>
              <w:rPr>
                <w:b/>
                <w:color w:val="FFFFFF"/>
                <w:sz w:val="15"/>
              </w:rPr>
              <w:t>No</w:t>
            </w:r>
          </w:p>
        </w:tc>
        <w:tc>
          <w:tcPr>
            <w:tcW w:w="4070" w:type="dxa"/>
            <w:shd w:val="clear" w:color="auto" w:fill="1F4D78"/>
            <w:tcMar>
              <w:top w:w="80" w:type="dxa"/>
              <w:left w:w="120" w:type="dxa"/>
              <w:bottom w:w="80" w:type="dxa"/>
              <w:right w:w="120" w:type="dxa"/>
            </w:tcMar>
            <w:vAlign w:val="center"/>
          </w:tcPr>
          <w:p w14:paraId="406A61E9" w14:textId="77777777" w:rsidR="005723A1" w:rsidRDefault="005723A1" w:rsidP="00FA19FF">
            <w:pPr>
              <w:spacing w:after="0" w:line="240" w:lineRule="auto"/>
              <w:jc w:val="center"/>
            </w:pPr>
            <w:r>
              <w:rPr>
                <w:b/>
                <w:color w:val="FFFFFF"/>
                <w:sz w:val="15"/>
              </w:rPr>
              <w:t>Assessment Evidence / Rationale</w:t>
            </w:r>
          </w:p>
        </w:tc>
      </w:tr>
      <w:tr w:rsidR="005723A1" w14:paraId="20B582B4" w14:textId="77777777" w:rsidTr="005B17EF">
        <w:tc>
          <w:tcPr>
            <w:tcW w:w="630" w:type="dxa"/>
            <w:tcMar>
              <w:top w:w="80" w:type="dxa"/>
              <w:left w:w="120" w:type="dxa"/>
              <w:bottom w:w="80" w:type="dxa"/>
              <w:right w:w="120" w:type="dxa"/>
            </w:tcMar>
            <w:vAlign w:val="center"/>
          </w:tcPr>
          <w:p w14:paraId="0D3674EC" w14:textId="77777777" w:rsidR="005723A1" w:rsidRDefault="005723A1" w:rsidP="00FA19FF">
            <w:pPr>
              <w:spacing w:after="0" w:line="240" w:lineRule="auto"/>
            </w:pPr>
            <w:r>
              <w:rPr>
                <w:color w:val="000000"/>
                <w:sz w:val="15"/>
              </w:rPr>
              <w:t>a</w:t>
            </w:r>
          </w:p>
        </w:tc>
        <w:tc>
          <w:tcPr>
            <w:tcW w:w="4170" w:type="dxa"/>
            <w:tcMar>
              <w:top w:w="80" w:type="dxa"/>
              <w:left w:w="120" w:type="dxa"/>
              <w:bottom w:w="80" w:type="dxa"/>
              <w:right w:w="120" w:type="dxa"/>
            </w:tcMar>
            <w:vAlign w:val="center"/>
          </w:tcPr>
          <w:p w14:paraId="7D303FC6" w14:textId="7E8B8029" w:rsidR="005723A1" w:rsidRDefault="005723A1" w:rsidP="00FA19FF">
            <w:pPr>
              <w:spacing w:after="0" w:line="240" w:lineRule="auto"/>
            </w:pPr>
            <w:r>
              <w:rPr>
                <w:color w:val="000000"/>
                <w:sz w:val="15"/>
              </w:rPr>
              <w:t xml:space="preserve">Condition for which the </w:t>
            </w:r>
            <w:r w:rsidR="00B7027A">
              <w:rPr>
                <w:color w:val="000000"/>
                <w:sz w:val="15"/>
              </w:rPr>
              <w:t xml:space="preserve">nursing </w:t>
            </w:r>
            <w:r>
              <w:rPr>
                <w:color w:val="000000"/>
                <w:sz w:val="15"/>
              </w:rPr>
              <w:t>procedure is ordered is stable and predictable.</w:t>
            </w:r>
          </w:p>
        </w:tc>
        <w:tc>
          <w:tcPr>
            <w:tcW w:w="560" w:type="dxa"/>
            <w:tcMar>
              <w:top w:w="80" w:type="dxa"/>
              <w:left w:w="120" w:type="dxa"/>
              <w:bottom w:w="80" w:type="dxa"/>
              <w:right w:w="120" w:type="dxa"/>
            </w:tcMar>
            <w:vAlign w:val="center"/>
          </w:tcPr>
          <w:p w14:paraId="3F0B780E" w14:textId="500718EA" w:rsidR="005723A1" w:rsidRDefault="006F5270" w:rsidP="00FA19FF">
            <w:pPr>
              <w:spacing w:after="0" w:line="240" w:lineRule="auto"/>
            </w:pPr>
            <w:r>
              <w:fldChar w:fldCharType="begin">
                <w:ffData>
                  <w:name w:val="Check4"/>
                  <w:enabled/>
                  <w:calcOnExit w:val="0"/>
                  <w:checkBox>
                    <w:sizeAuto/>
                    <w:default w:val="0"/>
                  </w:checkBox>
                </w:ffData>
              </w:fldChar>
            </w:r>
            <w:bookmarkStart w:id="3" w:name="Check4"/>
            <w:r>
              <w:instrText xml:space="preserve"> FORMCHECKBOX </w:instrText>
            </w:r>
            <w:r>
              <w:fldChar w:fldCharType="separate"/>
            </w:r>
            <w:r>
              <w:fldChar w:fldCharType="end"/>
            </w:r>
            <w:bookmarkEnd w:id="3"/>
          </w:p>
        </w:tc>
        <w:tc>
          <w:tcPr>
            <w:tcW w:w="560" w:type="dxa"/>
            <w:tcMar>
              <w:top w:w="80" w:type="dxa"/>
              <w:left w:w="120" w:type="dxa"/>
              <w:bottom w:w="80" w:type="dxa"/>
              <w:right w:w="120" w:type="dxa"/>
            </w:tcMar>
            <w:vAlign w:val="center"/>
          </w:tcPr>
          <w:p w14:paraId="360984EE" w14:textId="6011A4E0" w:rsidR="005723A1" w:rsidRDefault="006F5270" w:rsidP="00FA19FF">
            <w:pPr>
              <w:spacing w:after="0" w:line="240" w:lineRule="auto"/>
            </w:pPr>
            <w:r>
              <w:fldChar w:fldCharType="begin">
                <w:ffData>
                  <w:name w:val="Check5"/>
                  <w:enabled/>
                  <w:calcOnExit w:val="0"/>
                  <w:checkBox>
                    <w:sizeAuto/>
                    <w:default w:val="0"/>
                  </w:checkBox>
                </w:ffData>
              </w:fldChar>
            </w:r>
            <w:bookmarkStart w:id="4" w:name="Check5"/>
            <w:r>
              <w:instrText xml:space="preserve"> FORMCHECKBOX </w:instrText>
            </w:r>
            <w:r>
              <w:fldChar w:fldCharType="separate"/>
            </w:r>
            <w:r>
              <w:fldChar w:fldCharType="end"/>
            </w:r>
            <w:bookmarkEnd w:id="4"/>
          </w:p>
        </w:tc>
        <w:tc>
          <w:tcPr>
            <w:tcW w:w="4070" w:type="dxa"/>
            <w:tcMar>
              <w:top w:w="80" w:type="dxa"/>
              <w:left w:w="120" w:type="dxa"/>
              <w:bottom w:w="80" w:type="dxa"/>
              <w:right w:w="120" w:type="dxa"/>
            </w:tcMar>
            <w:vAlign w:val="center"/>
          </w:tcPr>
          <w:p w14:paraId="263D821E" w14:textId="6BA7B132" w:rsidR="005723A1" w:rsidRDefault="006F5270" w:rsidP="00FA19FF">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723A1" w14:paraId="5CEC9BDA" w14:textId="77777777" w:rsidTr="005B17EF">
        <w:tc>
          <w:tcPr>
            <w:tcW w:w="630" w:type="dxa"/>
            <w:tcMar>
              <w:top w:w="80" w:type="dxa"/>
              <w:left w:w="120" w:type="dxa"/>
              <w:bottom w:w="80" w:type="dxa"/>
              <w:right w:w="120" w:type="dxa"/>
            </w:tcMar>
            <w:vAlign w:val="center"/>
          </w:tcPr>
          <w:p w14:paraId="6E640A01" w14:textId="77777777" w:rsidR="005723A1" w:rsidRDefault="005723A1" w:rsidP="00FA19FF">
            <w:pPr>
              <w:spacing w:after="0" w:line="240" w:lineRule="auto"/>
            </w:pPr>
            <w:r>
              <w:rPr>
                <w:color w:val="000000"/>
                <w:sz w:val="15"/>
              </w:rPr>
              <w:t>b</w:t>
            </w:r>
          </w:p>
        </w:tc>
        <w:tc>
          <w:tcPr>
            <w:tcW w:w="4170" w:type="dxa"/>
            <w:tcMar>
              <w:top w:w="80" w:type="dxa"/>
              <w:left w:w="120" w:type="dxa"/>
              <w:bottom w:w="80" w:type="dxa"/>
              <w:right w:w="120" w:type="dxa"/>
            </w:tcMar>
            <w:vAlign w:val="center"/>
          </w:tcPr>
          <w:p w14:paraId="0EE0C7AB" w14:textId="3F19AEAA" w:rsidR="005723A1" w:rsidRDefault="005723A1" w:rsidP="00FA19FF">
            <w:pPr>
              <w:spacing w:after="0" w:line="240" w:lineRule="auto"/>
            </w:pPr>
            <w:r>
              <w:rPr>
                <w:color w:val="000000"/>
                <w:sz w:val="15"/>
              </w:rPr>
              <w:t xml:space="preserve">Resident/client does not require RN assessment during performance of the </w:t>
            </w:r>
            <w:r w:rsidR="00B7027A">
              <w:rPr>
                <w:color w:val="000000"/>
                <w:sz w:val="15"/>
              </w:rPr>
              <w:t xml:space="preserve">nursing </w:t>
            </w:r>
            <w:r>
              <w:rPr>
                <w:color w:val="000000"/>
                <w:sz w:val="15"/>
              </w:rPr>
              <w:t>procedure.</w:t>
            </w:r>
          </w:p>
        </w:tc>
        <w:tc>
          <w:tcPr>
            <w:tcW w:w="560" w:type="dxa"/>
            <w:tcMar>
              <w:top w:w="80" w:type="dxa"/>
              <w:left w:w="120" w:type="dxa"/>
              <w:bottom w:w="80" w:type="dxa"/>
              <w:right w:w="120" w:type="dxa"/>
            </w:tcMar>
            <w:vAlign w:val="center"/>
          </w:tcPr>
          <w:p w14:paraId="6058B5F9" w14:textId="342A0166" w:rsidR="005723A1" w:rsidRDefault="006F5270" w:rsidP="00FA19FF">
            <w:pPr>
              <w:spacing w:after="0" w:line="240" w:lineRule="auto"/>
            </w:pPr>
            <w:r>
              <w:fldChar w:fldCharType="begin">
                <w:ffData>
                  <w:name w:val="Check6"/>
                  <w:enabled/>
                  <w:calcOnExit w:val="0"/>
                  <w:checkBox>
                    <w:sizeAuto/>
                    <w:default w:val="0"/>
                  </w:checkBox>
                </w:ffData>
              </w:fldChar>
            </w:r>
            <w:bookmarkStart w:id="5" w:name="Check6"/>
            <w:r>
              <w:instrText xml:space="preserve"> FORMCHECKBOX </w:instrText>
            </w:r>
            <w:r>
              <w:fldChar w:fldCharType="separate"/>
            </w:r>
            <w:r>
              <w:fldChar w:fldCharType="end"/>
            </w:r>
            <w:bookmarkEnd w:id="5"/>
          </w:p>
        </w:tc>
        <w:tc>
          <w:tcPr>
            <w:tcW w:w="560" w:type="dxa"/>
            <w:tcMar>
              <w:top w:w="80" w:type="dxa"/>
              <w:left w:w="120" w:type="dxa"/>
              <w:bottom w:w="80" w:type="dxa"/>
              <w:right w:w="120" w:type="dxa"/>
            </w:tcMar>
            <w:vAlign w:val="center"/>
          </w:tcPr>
          <w:p w14:paraId="4649FCE7" w14:textId="0340CB75" w:rsidR="005723A1" w:rsidRDefault="006F5270" w:rsidP="00FA19FF">
            <w:pPr>
              <w:spacing w:after="0" w:line="240" w:lineRule="auto"/>
            </w:pPr>
            <w:r>
              <w:fldChar w:fldCharType="begin">
                <w:ffData>
                  <w:name w:val="Check7"/>
                  <w:enabled/>
                  <w:calcOnExit w:val="0"/>
                  <w:checkBox>
                    <w:sizeAuto/>
                    <w:default w:val="0"/>
                  </w:checkBox>
                </w:ffData>
              </w:fldChar>
            </w:r>
            <w:bookmarkStart w:id="6" w:name="Check7"/>
            <w:r>
              <w:instrText xml:space="preserve"> FORMCHECKBOX </w:instrText>
            </w:r>
            <w:r>
              <w:fldChar w:fldCharType="separate"/>
            </w:r>
            <w:r>
              <w:fldChar w:fldCharType="end"/>
            </w:r>
            <w:bookmarkEnd w:id="6"/>
          </w:p>
        </w:tc>
        <w:tc>
          <w:tcPr>
            <w:tcW w:w="4070" w:type="dxa"/>
            <w:tcMar>
              <w:top w:w="80" w:type="dxa"/>
              <w:left w:w="120" w:type="dxa"/>
              <w:bottom w:w="80" w:type="dxa"/>
              <w:right w:w="120" w:type="dxa"/>
            </w:tcMar>
            <w:vAlign w:val="center"/>
          </w:tcPr>
          <w:p w14:paraId="1F7815E4" w14:textId="24EF882E" w:rsidR="005723A1" w:rsidRDefault="006F5270" w:rsidP="00FA19FF">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723A1" w14:paraId="665B721D" w14:textId="77777777" w:rsidTr="005B17EF">
        <w:tc>
          <w:tcPr>
            <w:tcW w:w="630" w:type="dxa"/>
            <w:tcMar>
              <w:top w:w="80" w:type="dxa"/>
              <w:left w:w="120" w:type="dxa"/>
              <w:bottom w:w="80" w:type="dxa"/>
              <w:right w:w="120" w:type="dxa"/>
            </w:tcMar>
            <w:vAlign w:val="center"/>
          </w:tcPr>
          <w:p w14:paraId="7C23D3BB" w14:textId="77777777" w:rsidR="005723A1" w:rsidRDefault="005723A1" w:rsidP="00FA19FF">
            <w:pPr>
              <w:spacing w:after="0" w:line="240" w:lineRule="auto"/>
            </w:pPr>
            <w:r>
              <w:rPr>
                <w:color w:val="000000"/>
                <w:sz w:val="15"/>
              </w:rPr>
              <w:t>c</w:t>
            </w:r>
          </w:p>
        </w:tc>
        <w:tc>
          <w:tcPr>
            <w:tcW w:w="4170" w:type="dxa"/>
            <w:tcMar>
              <w:top w:w="80" w:type="dxa"/>
              <w:left w:w="120" w:type="dxa"/>
              <w:bottom w:w="80" w:type="dxa"/>
              <w:right w:w="120" w:type="dxa"/>
            </w:tcMar>
            <w:vAlign w:val="center"/>
          </w:tcPr>
          <w:p w14:paraId="057EAF76" w14:textId="2155389E" w:rsidR="005723A1" w:rsidRDefault="00B7027A" w:rsidP="00FA19FF">
            <w:pPr>
              <w:spacing w:after="0" w:line="240" w:lineRule="auto"/>
            </w:pPr>
            <w:r>
              <w:rPr>
                <w:color w:val="000000"/>
                <w:sz w:val="15"/>
              </w:rPr>
              <w:t xml:space="preserve">Nursing </w:t>
            </w:r>
            <w:r w:rsidR="005723A1">
              <w:rPr>
                <w:color w:val="000000"/>
                <w:sz w:val="15"/>
              </w:rPr>
              <w:t>Procedure does not require interpretation or independent decision-making by the UAP.</w:t>
            </w:r>
          </w:p>
        </w:tc>
        <w:tc>
          <w:tcPr>
            <w:tcW w:w="560" w:type="dxa"/>
            <w:tcMar>
              <w:top w:w="80" w:type="dxa"/>
              <w:left w:w="120" w:type="dxa"/>
              <w:bottom w:w="80" w:type="dxa"/>
              <w:right w:w="120" w:type="dxa"/>
            </w:tcMar>
            <w:vAlign w:val="center"/>
          </w:tcPr>
          <w:p w14:paraId="681E0586" w14:textId="34F21E1B" w:rsidR="005723A1" w:rsidRDefault="006F5270" w:rsidP="00FA19FF">
            <w:pPr>
              <w:spacing w:after="0" w:line="240" w:lineRule="auto"/>
            </w:pPr>
            <w:r>
              <w:fldChar w:fldCharType="begin">
                <w:ffData>
                  <w:name w:val="Check8"/>
                  <w:enabled/>
                  <w:calcOnExit w:val="0"/>
                  <w:checkBox>
                    <w:sizeAuto/>
                    <w:default w:val="0"/>
                  </w:checkBox>
                </w:ffData>
              </w:fldChar>
            </w:r>
            <w:bookmarkStart w:id="7" w:name="Check8"/>
            <w:r>
              <w:instrText xml:space="preserve"> FORMCHECKBOX </w:instrText>
            </w:r>
            <w:r>
              <w:fldChar w:fldCharType="separate"/>
            </w:r>
            <w:r>
              <w:fldChar w:fldCharType="end"/>
            </w:r>
            <w:bookmarkEnd w:id="7"/>
          </w:p>
        </w:tc>
        <w:tc>
          <w:tcPr>
            <w:tcW w:w="560" w:type="dxa"/>
            <w:tcMar>
              <w:top w:w="80" w:type="dxa"/>
              <w:left w:w="120" w:type="dxa"/>
              <w:bottom w:w="80" w:type="dxa"/>
              <w:right w:w="120" w:type="dxa"/>
            </w:tcMar>
            <w:vAlign w:val="center"/>
          </w:tcPr>
          <w:p w14:paraId="62C6E6B4" w14:textId="0D7BB4F5" w:rsidR="005723A1" w:rsidRDefault="006F5270" w:rsidP="00FA19FF">
            <w:pPr>
              <w:spacing w:after="0" w:line="240" w:lineRule="auto"/>
            </w:pPr>
            <w:r>
              <w:fldChar w:fldCharType="begin">
                <w:ffData>
                  <w:name w:val="Check9"/>
                  <w:enabled/>
                  <w:calcOnExit w:val="0"/>
                  <w:checkBox>
                    <w:sizeAuto/>
                    <w:default w:val="0"/>
                  </w:checkBox>
                </w:ffData>
              </w:fldChar>
            </w:r>
            <w:bookmarkStart w:id="8" w:name="Check9"/>
            <w:r>
              <w:instrText xml:space="preserve"> FORMCHECKBOX </w:instrText>
            </w:r>
            <w:r>
              <w:fldChar w:fldCharType="separate"/>
            </w:r>
            <w:r>
              <w:fldChar w:fldCharType="end"/>
            </w:r>
            <w:bookmarkEnd w:id="8"/>
          </w:p>
        </w:tc>
        <w:tc>
          <w:tcPr>
            <w:tcW w:w="4070" w:type="dxa"/>
            <w:tcMar>
              <w:top w:w="80" w:type="dxa"/>
              <w:left w:w="120" w:type="dxa"/>
              <w:bottom w:w="80" w:type="dxa"/>
              <w:right w:w="120" w:type="dxa"/>
            </w:tcMar>
            <w:vAlign w:val="center"/>
          </w:tcPr>
          <w:p w14:paraId="038D7F5B" w14:textId="4A7BF72E" w:rsidR="005723A1" w:rsidRDefault="006F5270" w:rsidP="00FA19FF">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723A1" w14:paraId="22EE513A" w14:textId="77777777" w:rsidTr="005B17EF">
        <w:tc>
          <w:tcPr>
            <w:tcW w:w="630" w:type="dxa"/>
            <w:tcMar>
              <w:top w:w="80" w:type="dxa"/>
              <w:left w:w="120" w:type="dxa"/>
              <w:bottom w:w="80" w:type="dxa"/>
              <w:right w:w="120" w:type="dxa"/>
            </w:tcMar>
            <w:vAlign w:val="center"/>
          </w:tcPr>
          <w:p w14:paraId="5D35BB3E" w14:textId="77777777" w:rsidR="005723A1" w:rsidRDefault="005723A1" w:rsidP="00FA19FF">
            <w:pPr>
              <w:spacing w:after="0" w:line="240" w:lineRule="auto"/>
            </w:pPr>
            <w:r>
              <w:rPr>
                <w:color w:val="000000"/>
                <w:sz w:val="15"/>
              </w:rPr>
              <w:t>d</w:t>
            </w:r>
          </w:p>
        </w:tc>
        <w:tc>
          <w:tcPr>
            <w:tcW w:w="4170" w:type="dxa"/>
            <w:tcMar>
              <w:top w:w="80" w:type="dxa"/>
              <w:left w:w="120" w:type="dxa"/>
              <w:bottom w:w="80" w:type="dxa"/>
              <w:right w:w="120" w:type="dxa"/>
            </w:tcMar>
            <w:vAlign w:val="center"/>
          </w:tcPr>
          <w:p w14:paraId="715D2B43" w14:textId="52FE6A45" w:rsidR="005723A1" w:rsidRDefault="005723A1" w:rsidP="00FA19FF">
            <w:pPr>
              <w:spacing w:after="0" w:line="240" w:lineRule="auto"/>
            </w:pPr>
            <w:r>
              <w:rPr>
                <w:color w:val="000000"/>
                <w:sz w:val="15"/>
              </w:rPr>
              <w:t xml:space="preserve">Results of performing the </w:t>
            </w:r>
            <w:r w:rsidR="00B7027A">
              <w:rPr>
                <w:color w:val="000000"/>
                <w:sz w:val="15"/>
              </w:rPr>
              <w:t xml:space="preserve">nursing </w:t>
            </w:r>
            <w:r>
              <w:rPr>
                <w:color w:val="000000"/>
                <w:sz w:val="15"/>
              </w:rPr>
              <w:t>procedure are reasonably predictable.</w:t>
            </w:r>
          </w:p>
        </w:tc>
        <w:tc>
          <w:tcPr>
            <w:tcW w:w="560" w:type="dxa"/>
            <w:tcMar>
              <w:top w:w="80" w:type="dxa"/>
              <w:left w:w="120" w:type="dxa"/>
              <w:bottom w:w="80" w:type="dxa"/>
              <w:right w:w="120" w:type="dxa"/>
            </w:tcMar>
            <w:vAlign w:val="center"/>
          </w:tcPr>
          <w:p w14:paraId="1E519F34" w14:textId="63FA05B0" w:rsidR="005723A1" w:rsidRDefault="006F5270" w:rsidP="00FA19FF">
            <w:pPr>
              <w:spacing w:after="0" w:line="240" w:lineRule="auto"/>
            </w:pPr>
            <w:r>
              <w:fldChar w:fldCharType="begin">
                <w:ffData>
                  <w:name w:val="Check10"/>
                  <w:enabled/>
                  <w:calcOnExit w:val="0"/>
                  <w:checkBox>
                    <w:sizeAuto/>
                    <w:default w:val="0"/>
                  </w:checkBox>
                </w:ffData>
              </w:fldChar>
            </w:r>
            <w:bookmarkStart w:id="9" w:name="Check10"/>
            <w:r>
              <w:instrText xml:space="preserve"> FORMCHECKBOX </w:instrText>
            </w:r>
            <w:r>
              <w:fldChar w:fldCharType="separate"/>
            </w:r>
            <w:r>
              <w:fldChar w:fldCharType="end"/>
            </w:r>
            <w:bookmarkEnd w:id="9"/>
          </w:p>
        </w:tc>
        <w:tc>
          <w:tcPr>
            <w:tcW w:w="560" w:type="dxa"/>
            <w:tcMar>
              <w:top w:w="80" w:type="dxa"/>
              <w:left w:w="120" w:type="dxa"/>
              <w:bottom w:w="80" w:type="dxa"/>
              <w:right w:w="120" w:type="dxa"/>
            </w:tcMar>
            <w:vAlign w:val="center"/>
          </w:tcPr>
          <w:p w14:paraId="3C555D17" w14:textId="4E9E5A82" w:rsidR="005723A1" w:rsidRDefault="006F5270" w:rsidP="00FA19FF">
            <w:pPr>
              <w:spacing w:after="0" w:line="240" w:lineRule="auto"/>
            </w:pPr>
            <w:r>
              <w:fldChar w:fldCharType="begin">
                <w:ffData>
                  <w:name w:val="Check11"/>
                  <w:enabled/>
                  <w:calcOnExit w:val="0"/>
                  <w:checkBox>
                    <w:sizeAuto/>
                    <w:default w:val="0"/>
                  </w:checkBox>
                </w:ffData>
              </w:fldChar>
            </w:r>
            <w:bookmarkStart w:id="10" w:name="Check11"/>
            <w:r>
              <w:instrText xml:space="preserve"> FORMCHECKBOX </w:instrText>
            </w:r>
            <w:r>
              <w:fldChar w:fldCharType="separate"/>
            </w:r>
            <w:r>
              <w:fldChar w:fldCharType="end"/>
            </w:r>
            <w:bookmarkEnd w:id="10"/>
          </w:p>
        </w:tc>
        <w:tc>
          <w:tcPr>
            <w:tcW w:w="4070" w:type="dxa"/>
            <w:tcMar>
              <w:top w:w="80" w:type="dxa"/>
              <w:left w:w="120" w:type="dxa"/>
              <w:bottom w:w="80" w:type="dxa"/>
              <w:right w:w="120" w:type="dxa"/>
            </w:tcMar>
            <w:vAlign w:val="center"/>
          </w:tcPr>
          <w:p w14:paraId="31E114F9" w14:textId="180E3967" w:rsidR="005723A1" w:rsidRDefault="006F5270" w:rsidP="00FA19FF">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723A1" w14:paraId="20C251BE" w14:textId="77777777" w:rsidTr="005B17EF">
        <w:tc>
          <w:tcPr>
            <w:tcW w:w="630" w:type="dxa"/>
            <w:tcMar>
              <w:top w:w="80" w:type="dxa"/>
              <w:left w:w="120" w:type="dxa"/>
              <w:bottom w:w="80" w:type="dxa"/>
              <w:right w:w="120" w:type="dxa"/>
            </w:tcMar>
            <w:vAlign w:val="center"/>
          </w:tcPr>
          <w:p w14:paraId="2BAEDD76" w14:textId="77777777" w:rsidR="005723A1" w:rsidRDefault="005723A1" w:rsidP="00FA19FF">
            <w:pPr>
              <w:spacing w:after="0" w:line="240" w:lineRule="auto"/>
            </w:pPr>
            <w:r>
              <w:rPr>
                <w:color w:val="000000"/>
                <w:sz w:val="15"/>
              </w:rPr>
              <w:t>e</w:t>
            </w:r>
          </w:p>
        </w:tc>
        <w:tc>
          <w:tcPr>
            <w:tcW w:w="4170" w:type="dxa"/>
            <w:tcMar>
              <w:top w:w="80" w:type="dxa"/>
              <w:left w:w="120" w:type="dxa"/>
              <w:bottom w:w="80" w:type="dxa"/>
              <w:right w:w="120" w:type="dxa"/>
            </w:tcMar>
            <w:vAlign w:val="center"/>
          </w:tcPr>
          <w:p w14:paraId="6E72C4F7" w14:textId="77777777" w:rsidR="005723A1" w:rsidRDefault="005723A1" w:rsidP="00FA19FF">
            <w:pPr>
              <w:spacing w:after="0" w:line="240" w:lineRule="auto"/>
            </w:pPr>
            <w:r>
              <w:rPr>
                <w:color w:val="000000"/>
                <w:sz w:val="15"/>
              </w:rPr>
              <w:t>Consequences are not life-threatening and UAP performance poses minimal risk to the resident/client.</w:t>
            </w:r>
          </w:p>
        </w:tc>
        <w:tc>
          <w:tcPr>
            <w:tcW w:w="560" w:type="dxa"/>
            <w:tcMar>
              <w:top w:w="80" w:type="dxa"/>
              <w:left w:w="120" w:type="dxa"/>
              <w:bottom w:w="80" w:type="dxa"/>
              <w:right w:w="120" w:type="dxa"/>
            </w:tcMar>
            <w:vAlign w:val="center"/>
          </w:tcPr>
          <w:p w14:paraId="43FB3469" w14:textId="1F2303FE" w:rsidR="005723A1" w:rsidRDefault="006F5270" w:rsidP="00FA19FF">
            <w:pPr>
              <w:spacing w:after="0" w:line="240" w:lineRule="auto"/>
            </w:pPr>
            <w:r>
              <w:fldChar w:fldCharType="begin">
                <w:ffData>
                  <w:name w:val="Check12"/>
                  <w:enabled/>
                  <w:calcOnExit w:val="0"/>
                  <w:checkBox>
                    <w:sizeAuto/>
                    <w:default w:val="0"/>
                  </w:checkBox>
                </w:ffData>
              </w:fldChar>
            </w:r>
            <w:bookmarkStart w:id="11" w:name="Check12"/>
            <w:r>
              <w:instrText xml:space="preserve"> FORMCHECKBOX </w:instrText>
            </w:r>
            <w:r>
              <w:fldChar w:fldCharType="separate"/>
            </w:r>
            <w:r>
              <w:fldChar w:fldCharType="end"/>
            </w:r>
            <w:bookmarkEnd w:id="11"/>
          </w:p>
        </w:tc>
        <w:tc>
          <w:tcPr>
            <w:tcW w:w="560" w:type="dxa"/>
            <w:tcMar>
              <w:top w:w="80" w:type="dxa"/>
              <w:left w:w="120" w:type="dxa"/>
              <w:bottom w:w="80" w:type="dxa"/>
              <w:right w:w="120" w:type="dxa"/>
            </w:tcMar>
            <w:vAlign w:val="center"/>
          </w:tcPr>
          <w:p w14:paraId="17168394" w14:textId="55F0BD7C" w:rsidR="005723A1" w:rsidRDefault="006F5270" w:rsidP="00FA19FF">
            <w:pPr>
              <w:spacing w:after="0" w:line="240" w:lineRule="auto"/>
            </w:pPr>
            <w:r>
              <w:fldChar w:fldCharType="begin">
                <w:ffData>
                  <w:name w:val="Check13"/>
                  <w:enabled/>
                  <w:calcOnExit w:val="0"/>
                  <w:checkBox>
                    <w:sizeAuto/>
                    <w:default w:val="0"/>
                  </w:checkBox>
                </w:ffData>
              </w:fldChar>
            </w:r>
            <w:bookmarkStart w:id="12" w:name="Check13"/>
            <w:r>
              <w:instrText xml:space="preserve"> FORMCHECKBOX </w:instrText>
            </w:r>
            <w:r>
              <w:fldChar w:fldCharType="separate"/>
            </w:r>
            <w:r>
              <w:fldChar w:fldCharType="end"/>
            </w:r>
            <w:bookmarkEnd w:id="12"/>
          </w:p>
        </w:tc>
        <w:tc>
          <w:tcPr>
            <w:tcW w:w="4070" w:type="dxa"/>
            <w:tcMar>
              <w:top w:w="80" w:type="dxa"/>
              <w:left w:w="120" w:type="dxa"/>
              <w:bottom w:w="80" w:type="dxa"/>
              <w:right w:w="120" w:type="dxa"/>
            </w:tcMar>
            <w:vAlign w:val="center"/>
          </w:tcPr>
          <w:p w14:paraId="55C279AA" w14:textId="2BC3E437" w:rsidR="005723A1" w:rsidRDefault="006F5270" w:rsidP="00FA19FF">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723A1" w14:paraId="05290209" w14:textId="77777777" w:rsidTr="005B17EF">
        <w:tc>
          <w:tcPr>
            <w:tcW w:w="630" w:type="dxa"/>
            <w:tcMar>
              <w:top w:w="80" w:type="dxa"/>
              <w:left w:w="120" w:type="dxa"/>
              <w:bottom w:w="80" w:type="dxa"/>
              <w:right w:w="120" w:type="dxa"/>
            </w:tcMar>
            <w:vAlign w:val="center"/>
          </w:tcPr>
          <w:p w14:paraId="59C6977A" w14:textId="77777777" w:rsidR="005723A1" w:rsidRDefault="005723A1" w:rsidP="00FA19FF">
            <w:pPr>
              <w:spacing w:after="0" w:line="240" w:lineRule="auto"/>
            </w:pPr>
            <w:r>
              <w:rPr>
                <w:color w:val="000000"/>
                <w:sz w:val="15"/>
              </w:rPr>
              <w:t>f</w:t>
            </w:r>
          </w:p>
        </w:tc>
        <w:tc>
          <w:tcPr>
            <w:tcW w:w="4170" w:type="dxa"/>
            <w:tcMar>
              <w:top w:w="80" w:type="dxa"/>
              <w:left w:w="120" w:type="dxa"/>
              <w:bottom w:w="80" w:type="dxa"/>
              <w:right w:w="120" w:type="dxa"/>
            </w:tcMar>
            <w:vAlign w:val="center"/>
          </w:tcPr>
          <w:p w14:paraId="32ADF8AA" w14:textId="1646D07B" w:rsidR="005723A1" w:rsidRDefault="005723A1" w:rsidP="00FA19FF">
            <w:pPr>
              <w:spacing w:after="0" w:line="240" w:lineRule="auto"/>
            </w:pPr>
            <w:r>
              <w:rPr>
                <w:color w:val="000000"/>
                <w:sz w:val="15"/>
              </w:rPr>
              <w:t xml:space="preserve">Resident/client’s environment supports safe performance of the </w:t>
            </w:r>
            <w:r w:rsidR="00B7027A">
              <w:rPr>
                <w:color w:val="000000"/>
                <w:sz w:val="15"/>
              </w:rPr>
              <w:t xml:space="preserve">nursing </w:t>
            </w:r>
            <w:r>
              <w:rPr>
                <w:color w:val="000000"/>
                <w:sz w:val="15"/>
              </w:rPr>
              <w:t>procedure.</w:t>
            </w:r>
          </w:p>
        </w:tc>
        <w:tc>
          <w:tcPr>
            <w:tcW w:w="560" w:type="dxa"/>
            <w:tcMar>
              <w:top w:w="80" w:type="dxa"/>
              <w:left w:w="120" w:type="dxa"/>
              <w:bottom w:w="80" w:type="dxa"/>
              <w:right w:w="120" w:type="dxa"/>
            </w:tcMar>
            <w:vAlign w:val="center"/>
          </w:tcPr>
          <w:p w14:paraId="57296753" w14:textId="3BA46554" w:rsidR="005723A1" w:rsidRDefault="006F5270" w:rsidP="00FA19FF">
            <w:pPr>
              <w:spacing w:after="0" w:line="240" w:lineRule="auto"/>
            </w:pPr>
            <w:r>
              <w:fldChar w:fldCharType="begin">
                <w:ffData>
                  <w:name w:val="Check14"/>
                  <w:enabled/>
                  <w:calcOnExit w:val="0"/>
                  <w:checkBox>
                    <w:sizeAuto/>
                    <w:default w:val="0"/>
                  </w:checkBox>
                </w:ffData>
              </w:fldChar>
            </w:r>
            <w:bookmarkStart w:id="13" w:name="Check14"/>
            <w:r>
              <w:instrText xml:space="preserve"> FORMCHECKBOX </w:instrText>
            </w:r>
            <w:r>
              <w:fldChar w:fldCharType="separate"/>
            </w:r>
            <w:r>
              <w:fldChar w:fldCharType="end"/>
            </w:r>
            <w:bookmarkEnd w:id="13"/>
          </w:p>
        </w:tc>
        <w:tc>
          <w:tcPr>
            <w:tcW w:w="560" w:type="dxa"/>
            <w:tcMar>
              <w:top w:w="80" w:type="dxa"/>
              <w:left w:w="120" w:type="dxa"/>
              <w:bottom w:w="80" w:type="dxa"/>
              <w:right w:w="120" w:type="dxa"/>
            </w:tcMar>
            <w:vAlign w:val="center"/>
          </w:tcPr>
          <w:p w14:paraId="6A6DC5A0" w14:textId="67FCE1B2" w:rsidR="005723A1" w:rsidRDefault="006F5270" w:rsidP="00FA19FF">
            <w:pPr>
              <w:spacing w:after="0" w:line="240" w:lineRule="auto"/>
            </w:pPr>
            <w:r>
              <w:fldChar w:fldCharType="begin">
                <w:ffData>
                  <w:name w:val="Check15"/>
                  <w:enabled/>
                  <w:calcOnExit w:val="0"/>
                  <w:checkBox>
                    <w:sizeAuto/>
                    <w:default w:val="0"/>
                  </w:checkBox>
                </w:ffData>
              </w:fldChar>
            </w:r>
            <w:bookmarkStart w:id="14" w:name="Check15"/>
            <w:r>
              <w:instrText xml:space="preserve"> FORMCHECKBOX </w:instrText>
            </w:r>
            <w:r>
              <w:fldChar w:fldCharType="separate"/>
            </w:r>
            <w:r>
              <w:fldChar w:fldCharType="end"/>
            </w:r>
            <w:bookmarkEnd w:id="14"/>
          </w:p>
        </w:tc>
        <w:tc>
          <w:tcPr>
            <w:tcW w:w="4070" w:type="dxa"/>
            <w:tcMar>
              <w:top w:w="80" w:type="dxa"/>
              <w:left w:w="120" w:type="dxa"/>
              <w:bottom w:w="80" w:type="dxa"/>
              <w:right w:w="120" w:type="dxa"/>
            </w:tcMar>
            <w:vAlign w:val="center"/>
          </w:tcPr>
          <w:p w14:paraId="1043693D" w14:textId="638717E2" w:rsidR="005723A1" w:rsidRDefault="006F5270" w:rsidP="00FA19FF">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723A1" w14:paraId="3C9D2F49" w14:textId="77777777" w:rsidTr="005B17EF">
        <w:tc>
          <w:tcPr>
            <w:tcW w:w="630" w:type="dxa"/>
            <w:tcMar>
              <w:top w:w="80" w:type="dxa"/>
              <w:left w:w="120" w:type="dxa"/>
              <w:bottom w:w="80" w:type="dxa"/>
              <w:right w:w="120" w:type="dxa"/>
            </w:tcMar>
            <w:vAlign w:val="center"/>
          </w:tcPr>
          <w:p w14:paraId="113FC194" w14:textId="77777777" w:rsidR="005723A1" w:rsidRDefault="005723A1" w:rsidP="00FA19FF">
            <w:pPr>
              <w:spacing w:after="0" w:line="240" w:lineRule="auto"/>
            </w:pPr>
            <w:r>
              <w:rPr>
                <w:color w:val="000000"/>
                <w:sz w:val="15"/>
              </w:rPr>
              <w:t>g</w:t>
            </w:r>
          </w:p>
        </w:tc>
        <w:tc>
          <w:tcPr>
            <w:tcW w:w="4170" w:type="dxa"/>
            <w:tcMar>
              <w:top w:w="80" w:type="dxa"/>
              <w:left w:w="120" w:type="dxa"/>
              <w:bottom w:w="80" w:type="dxa"/>
              <w:right w:w="120" w:type="dxa"/>
            </w:tcMar>
            <w:vAlign w:val="center"/>
          </w:tcPr>
          <w:p w14:paraId="55F207FB" w14:textId="65BF18C0" w:rsidR="005723A1" w:rsidRDefault="00B7027A" w:rsidP="00FA19FF">
            <w:pPr>
              <w:spacing w:after="0" w:line="240" w:lineRule="auto"/>
            </w:pPr>
            <w:r>
              <w:rPr>
                <w:color w:val="000000"/>
                <w:sz w:val="15"/>
              </w:rPr>
              <w:t xml:space="preserve">Nursing </w:t>
            </w:r>
            <w:r w:rsidR="005723A1">
              <w:rPr>
                <w:color w:val="000000"/>
                <w:sz w:val="15"/>
              </w:rPr>
              <w:t xml:space="preserve">Procedure frequency </w:t>
            </w:r>
            <w:r w:rsidR="00155A68">
              <w:rPr>
                <w:color w:val="000000"/>
                <w:sz w:val="15"/>
              </w:rPr>
              <w:t>support</w:t>
            </w:r>
            <w:r w:rsidR="005723A1">
              <w:rPr>
                <w:color w:val="000000"/>
                <w:sz w:val="15"/>
              </w:rPr>
              <w:t xml:space="preserve"> continued safe UAP performance.</w:t>
            </w:r>
          </w:p>
        </w:tc>
        <w:tc>
          <w:tcPr>
            <w:tcW w:w="560" w:type="dxa"/>
            <w:tcMar>
              <w:top w:w="80" w:type="dxa"/>
              <w:left w:w="120" w:type="dxa"/>
              <w:bottom w:w="80" w:type="dxa"/>
              <w:right w:w="120" w:type="dxa"/>
            </w:tcMar>
            <w:vAlign w:val="center"/>
          </w:tcPr>
          <w:p w14:paraId="41291162" w14:textId="257CB7F7" w:rsidR="005723A1" w:rsidRDefault="006F5270" w:rsidP="00FA19FF">
            <w:pPr>
              <w:spacing w:after="0" w:line="240" w:lineRule="auto"/>
            </w:pPr>
            <w:r>
              <w:fldChar w:fldCharType="begin">
                <w:ffData>
                  <w:name w:val="Check16"/>
                  <w:enabled/>
                  <w:calcOnExit w:val="0"/>
                  <w:checkBox>
                    <w:sizeAuto/>
                    <w:default w:val="0"/>
                  </w:checkBox>
                </w:ffData>
              </w:fldChar>
            </w:r>
            <w:bookmarkStart w:id="15" w:name="Check16"/>
            <w:r>
              <w:instrText xml:space="preserve"> FORMCHECKBOX </w:instrText>
            </w:r>
            <w:r>
              <w:fldChar w:fldCharType="separate"/>
            </w:r>
            <w:r>
              <w:fldChar w:fldCharType="end"/>
            </w:r>
            <w:bookmarkEnd w:id="15"/>
          </w:p>
        </w:tc>
        <w:tc>
          <w:tcPr>
            <w:tcW w:w="560" w:type="dxa"/>
            <w:tcMar>
              <w:top w:w="80" w:type="dxa"/>
              <w:left w:w="120" w:type="dxa"/>
              <w:bottom w:w="80" w:type="dxa"/>
              <w:right w:w="120" w:type="dxa"/>
            </w:tcMar>
            <w:vAlign w:val="center"/>
          </w:tcPr>
          <w:p w14:paraId="5F8CB757" w14:textId="74DB5E66" w:rsidR="005723A1" w:rsidRDefault="006F5270" w:rsidP="00FA19FF">
            <w:pPr>
              <w:spacing w:after="0" w:line="240" w:lineRule="auto"/>
            </w:pPr>
            <w:r>
              <w:fldChar w:fldCharType="begin">
                <w:ffData>
                  <w:name w:val="Check17"/>
                  <w:enabled/>
                  <w:calcOnExit w:val="0"/>
                  <w:checkBox>
                    <w:sizeAuto/>
                    <w:default w:val="0"/>
                  </w:checkBox>
                </w:ffData>
              </w:fldChar>
            </w:r>
            <w:bookmarkStart w:id="16" w:name="Check17"/>
            <w:r>
              <w:instrText xml:space="preserve"> FORMCHECKBOX </w:instrText>
            </w:r>
            <w:r>
              <w:fldChar w:fldCharType="separate"/>
            </w:r>
            <w:r>
              <w:fldChar w:fldCharType="end"/>
            </w:r>
            <w:bookmarkEnd w:id="16"/>
          </w:p>
        </w:tc>
        <w:tc>
          <w:tcPr>
            <w:tcW w:w="4070" w:type="dxa"/>
            <w:tcMar>
              <w:top w:w="80" w:type="dxa"/>
              <w:left w:w="120" w:type="dxa"/>
              <w:bottom w:w="80" w:type="dxa"/>
              <w:right w:w="120" w:type="dxa"/>
            </w:tcMar>
            <w:vAlign w:val="center"/>
          </w:tcPr>
          <w:p w14:paraId="34625D2C" w14:textId="0468C561" w:rsidR="005723A1" w:rsidRDefault="006F5270" w:rsidP="00FA19FF">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723A1" w14:paraId="0368EF59" w14:textId="77777777" w:rsidTr="005B17EF">
        <w:tc>
          <w:tcPr>
            <w:tcW w:w="630" w:type="dxa"/>
            <w:tcMar>
              <w:top w:w="80" w:type="dxa"/>
              <w:left w:w="120" w:type="dxa"/>
              <w:bottom w:w="80" w:type="dxa"/>
              <w:right w:w="120" w:type="dxa"/>
            </w:tcMar>
            <w:vAlign w:val="center"/>
          </w:tcPr>
          <w:p w14:paraId="752BD63D" w14:textId="77777777" w:rsidR="005723A1" w:rsidRDefault="005723A1" w:rsidP="00FA19FF">
            <w:pPr>
              <w:spacing w:after="0" w:line="240" w:lineRule="auto"/>
            </w:pPr>
            <w:r>
              <w:rPr>
                <w:color w:val="000000"/>
                <w:sz w:val="15"/>
              </w:rPr>
              <w:t>j</w:t>
            </w:r>
          </w:p>
        </w:tc>
        <w:tc>
          <w:tcPr>
            <w:tcW w:w="4170" w:type="dxa"/>
            <w:tcMar>
              <w:top w:w="80" w:type="dxa"/>
              <w:left w:w="120" w:type="dxa"/>
              <w:bottom w:w="80" w:type="dxa"/>
              <w:right w:w="120" w:type="dxa"/>
            </w:tcMar>
            <w:vAlign w:val="center"/>
          </w:tcPr>
          <w:p w14:paraId="2DC6D062" w14:textId="6F3BA93C" w:rsidR="005723A1" w:rsidRDefault="005723A1" w:rsidP="00FA19FF">
            <w:pPr>
              <w:spacing w:after="0" w:line="240" w:lineRule="auto"/>
            </w:pPr>
            <w:r>
              <w:rPr>
                <w:color w:val="000000"/>
                <w:sz w:val="15"/>
              </w:rPr>
              <w:t xml:space="preserve">RN has </w:t>
            </w:r>
            <w:r w:rsidR="00155A68">
              <w:rPr>
                <w:color w:val="000000"/>
                <w:sz w:val="15"/>
              </w:rPr>
              <w:t xml:space="preserve">the </w:t>
            </w:r>
            <w:r>
              <w:rPr>
                <w:color w:val="000000"/>
                <w:sz w:val="15"/>
              </w:rPr>
              <w:t>resources and availability for ongoing resident assessment and UAP competency validation.</w:t>
            </w:r>
          </w:p>
        </w:tc>
        <w:tc>
          <w:tcPr>
            <w:tcW w:w="560" w:type="dxa"/>
            <w:tcMar>
              <w:top w:w="80" w:type="dxa"/>
              <w:left w:w="120" w:type="dxa"/>
              <w:bottom w:w="80" w:type="dxa"/>
              <w:right w:w="120" w:type="dxa"/>
            </w:tcMar>
            <w:vAlign w:val="center"/>
          </w:tcPr>
          <w:p w14:paraId="3F34FA92" w14:textId="17187B6F" w:rsidR="005723A1" w:rsidRDefault="006F5270" w:rsidP="00FA19FF">
            <w:pPr>
              <w:spacing w:after="0" w:line="240" w:lineRule="auto"/>
            </w:pPr>
            <w:r>
              <w:fldChar w:fldCharType="begin">
                <w:ffData>
                  <w:name w:val="Check18"/>
                  <w:enabled/>
                  <w:calcOnExit w:val="0"/>
                  <w:checkBox>
                    <w:sizeAuto/>
                    <w:default w:val="0"/>
                  </w:checkBox>
                </w:ffData>
              </w:fldChar>
            </w:r>
            <w:bookmarkStart w:id="17" w:name="Check18"/>
            <w:r>
              <w:instrText xml:space="preserve"> FORMCHECKBOX </w:instrText>
            </w:r>
            <w:r>
              <w:fldChar w:fldCharType="separate"/>
            </w:r>
            <w:r>
              <w:fldChar w:fldCharType="end"/>
            </w:r>
            <w:bookmarkEnd w:id="17"/>
          </w:p>
        </w:tc>
        <w:tc>
          <w:tcPr>
            <w:tcW w:w="560" w:type="dxa"/>
            <w:tcMar>
              <w:top w:w="80" w:type="dxa"/>
              <w:left w:w="120" w:type="dxa"/>
              <w:bottom w:w="80" w:type="dxa"/>
              <w:right w:w="120" w:type="dxa"/>
            </w:tcMar>
            <w:vAlign w:val="center"/>
          </w:tcPr>
          <w:p w14:paraId="6E7D8B01" w14:textId="51A90653" w:rsidR="005723A1" w:rsidRDefault="006F5270" w:rsidP="00FA19FF">
            <w:pPr>
              <w:spacing w:after="0" w:line="240" w:lineRule="auto"/>
            </w:pPr>
            <w:r>
              <w:fldChar w:fldCharType="begin">
                <w:ffData>
                  <w:name w:val="Check19"/>
                  <w:enabled/>
                  <w:calcOnExit w:val="0"/>
                  <w:checkBox>
                    <w:sizeAuto/>
                    <w:default w:val="0"/>
                  </w:checkBox>
                </w:ffData>
              </w:fldChar>
            </w:r>
            <w:bookmarkStart w:id="18" w:name="Check19"/>
            <w:r>
              <w:instrText xml:space="preserve"> FORMCHECKBOX </w:instrText>
            </w:r>
            <w:r>
              <w:fldChar w:fldCharType="separate"/>
            </w:r>
            <w:r>
              <w:fldChar w:fldCharType="end"/>
            </w:r>
            <w:bookmarkEnd w:id="18"/>
          </w:p>
        </w:tc>
        <w:tc>
          <w:tcPr>
            <w:tcW w:w="4070" w:type="dxa"/>
            <w:tcMar>
              <w:top w:w="80" w:type="dxa"/>
              <w:left w:w="120" w:type="dxa"/>
              <w:bottom w:w="80" w:type="dxa"/>
              <w:right w:w="120" w:type="dxa"/>
            </w:tcMar>
            <w:vAlign w:val="center"/>
          </w:tcPr>
          <w:p w14:paraId="614A88A4" w14:textId="5A99B8AF" w:rsidR="005723A1" w:rsidRDefault="006F5270" w:rsidP="00FA19FF">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8E37CD9" w14:textId="77777777" w:rsidR="003D6D74" w:rsidRPr="005B17EF" w:rsidRDefault="003D6D74" w:rsidP="003D6D74">
      <w:pPr>
        <w:spacing w:before="140" w:after="60" w:line="240" w:lineRule="auto"/>
        <w:rPr>
          <w:b/>
          <w:color w:val="1F4D78"/>
          <w:sz w:val="16"/>
        </w:rPr>
      </w:pPr>
    </w:p>
    <w:p w14:paraId="2D7FBEEA" w14:textId="2DF39C29" w:rsidR="003D6D74" w:rsidRDefault="00155A68" w:rsidP="003D6D74">
      <w:pPr>
        <w:spacing w:before="140" w:after="60" w:line="240" w:lineRule="auto"/>
      </w:pPr>
      <w:r>
        <w:rPr>
          <w:b/>
          <w:color w:val="1F4D78"/>
          <w:sz w:val="22"/>
        </w:rPr>
        <w:t>5</w:t>
      </w:r>
      <w:r w:rsidR="003D6D74">
        <w:rPr>
          <w:b/>
          <w:color w:val="1F4D78"/>
          <w:sz w:val="22"/>
        </w:rPr>
        <w:t>. RN CLINICAL DECISION</w:t>
      </w:r>
    </w:p>
    <w:p w14:paraId="18CBE23D" w14:textId="77777777" w:rsidR="003D6D74" w:rsidRDefault="003D6D74" w:rsidP="003D6D74">
      <w:r>
        <w:rPr>
          <w:b/>
          <w:color w:val="000000"/>
          <w:sz w:val="17"/>
        </w:rPr>
        <w:t>Based on this resident/client assessment and the determinations documented above:</w:t>
      </w:r>
    </w:p>
    <w:tbl>
      <w:tblPr>
        <w:tblStyle w:val="TableGrid"/>
        <w:tblW w:w="9990" w:type="dxa"/>
        <w:tblInd w:w="120" w:type="dxa"/>
        <w:tblLayout w:type="fixed"/>
        <w:tblLook w:val="04A0" w:firstRow="1" w:lastRow="0" w:firstColumn="1" w:lastColumn="0" w:noHBand="0" w:noVBand="1"/>
      </w:tblPr>
      <w:tblGrid>
        <w:gridCol w:w="2970"/>
        <w:gridCol w:w="7020"/>
      </w:tblGrid>
      <w:tr w:rsidR="003D6D74" w14:paraId="520C604C" w14:textId="77777777" w:rsidTr="00666924">
        <w:tc>
          <w:tcPr>
            <w:tcW w:w="2970" w:type="dxa"/>
            <w:shd w:val="clear" w:color="auto" w:fill="E8EEF5"/>
            <w:tcMar>
              <w:top w:w="80" w:type="dxa"/>
              <w:left w:w="120" w:type="dxa"/>
              <w:bottom w:w="80" w:type="dxa"/>
              <w:right w:w="120" w:type="dxa"/>
            </w:tcMar>
            <w:vAlign w:val="center"/>
          </w:tcPr>
          <w:p w14:paraId="60B2FFB9" w14:textId="77777777" w:rsidR="003D6D74" w:rsidRDefault="003D6D74" w:rsidP="00FA19FF">
            <w:pPr>
              <w:spacing w:after="0" w:line="240" w:lineRule="auto"/>
            </w:pPr>
            <w:r>
              <w:rPr>
                <w:b/>
                <w:color w:val="1F4D78"/>
                <w:sz w:val="16"/>
              </w:rPr>
              <w:t>Delegation Decision</w:t>
            </w:r>
          </w:p>
        </w:tc>
        <w:tc>
          <w:tcPr>
            <w:tcW w:w="7020" w:type="dxa"/>
            <w:tcMar>
              <w:top w:w="80" w:type="dxa"/>
              <w:left w:w="120" w:type="dxa"/>
              <w:bottom w:w="80" w:type="dxa"/>
              <w:right w:w="120" w:type="dxa"/>
            </w:tcMar>
            <w:vAlign w:val="center"/>
          </w:tcPr>
          <w:p w14:paraId="4E093393" w14:textId="652CC96B" w:rsidR="003D6D74" w:rsidRDefault="006F5270" w:rsidP="00FA19FF">
            <w:pPr>
              <w:spacing w:after="0" w:line="240" w:lineRule="auto"/>
            </w:pPr>
            <w:r>
              <w:rPr>
                <w:color w:val="000000"/>
                <w:sz w:val="17"/>
              </w:rPr>
              <w:fldChar w:fldCharType="begin">
                <w:ffData>
                  <w:name w:val="Check20"/>
                  <w:enabled/>
                  <w:calcOnExit w:val="0"/>
                  <w:checkBox>
                    <w:sizeAuto/>
                    <w:default w:val="0"/>
                  </w:checkBox>
                </w:ffData>
              </w:fldChar>
            </w:r>
            <w:bookmarkStart w:id="19" w:name="Check20"/>
            <w:r>
              <w:rPr>
                <w:color w:val="000000"/>
                <w:sz w:val="17"/>
              </w:rPr>
              <w:instrText xml:space="preserve"> FORMCHECKBOX </w:instrText>
            </w:r>
            <w:r>
              <w:rPr>
                <w:color w:val="000000"/>
                <w:sz w:val="17"/>
              </w:rPr>
            </w:r>
            <w:r>
              <w:rPr>
                <w:color w:val="000000"/>
                <w:sz w:val="17"/>
              </w:rPr>
              <w:fldChar w:fldCharType="separate"/>
            </w:r>
            <w:r>
              <w:rPr>
                <w:color w:val="000000"/>
                <w:sz w:val="17"/>
              </w:rPr>
              <w:fldChar w:fldCharType="end"/>
            </w:r>
            <w:bookmarkEnd w:id="19"/>
            <w:r>
              <w:rPr>
                <w:color w:val="000000"/>
                <w:sz w:val="17"/>
              </w:rPr>
              <w:t xml:space="preserve"> </w:t>
            </w:r>
            <w:r w:rsidR="003D6D74">
              <w:rPr>
                <w:color w:val="000000"/>
                <w:sz w:val="17"/>
              </w:rPr>
              <w:t xml:space="preserve">Delegation is a safe </w:t>
            </w:r>
            <w:r w:rsidR="00155A68">
              <w:rPr>
                <w:color w:val="000000"/>
                <w:sz w:val="17"/>
              </w:rPr>
              <w:t>care delivery</w:t>
            </w:r>
            <w:r w:rsidR="003D6D74">
              <w:rPr>
                <w:color w:val="000000"/>
                <w:sz w:val="17"/>
              </w:rPr>
              <w:t xml:space="preserve"> option for this resident/</w:t>
            </w:r>
            <w:proofErr w:type="gramStart"/>
            <w:r w:rsidR="003D6D74">
              <w:rPr>
                <w:color w:val="000000"/>
                <w:sz w:val="17"/>
              </w:rPr>
              <w:t>client</w:t>
            </w:r>
            <w:proofErr w:type="gramEnd"/>
            <w:r w:rsidR="00DD7808">
              <w:rPr>
                <w:color w:val="000000"/>
                <w:sz w:val="17"/>
              </w:rPr>
              <w:t xml:space="preserve"> and I will now proceed to teach/competency validation of the UAP in their performance of the nursing procedure. </w:t>
            </w:r>
            <w:r w:rsidR="003D6D74">
              <w:rPr>
                <w:color w:val="000000"/>
                <w:sz w:val="17"/>
              </w:rPr>
              <w:br/>
            </w:r>
          </w:p>
        </w:tc>
      </w:tr>
      <w:tr w:rsidR="00DD7808" w14:paraId="48062C48" w14:textId="77777777" w:rsidTr="00666924">
        <w:tc>
          <w:tcPr>
            <w:tcW w:w="2970" w:type="dxa"/>
            <w:shd w:val="clear" w:color="auto" w:fill="E8EEF5"/>
            <w:tcMar>
              <w:top w:w="80" w:type="dxa"/>
              <w:left w:w="120" w:type="dxa"/>
              <w:bottom w:w="80" w:type="dxa"/>
              <w:right w:w="120" w:type="dxa"/>
            </w:tcMar>
            <w:vAlign w:val="center"/>
          </w:tcPr>
          <w:p w14:paraId="5621CECF" w14:textId="2A96ABB3" w:rsidR="00DD7808" w:rsidRDefault="00DD7808" w:rsidP="00FA19FF">
            <w:pPr>
              <w:spacing w:after="0" w:line="240" w:lineRule="auto"/>
              <w:rPr>
                <w:b/>
                <w:color w:val="1F4D78"/>
                <w:sz w:val="16"/>
              </w:rPr>
            </w:pPr>
            <w:r>
              <w:rPr>
                <w:b/>
                <w:color w:val="1F4D78"/>
                <w:sz w:val="16"/>
              </w:rPr>
              <w:t>Decision not to Delegate</w:t>
            </w:r>
          </w:p>
        </w:tc>
        <w:tc>
          <w:tcPr>
            <w:tcW w:w="7020" w:type="dxa"/>
            <w:tcMar>
              <w:top w:w="80" w:type="dxa"/>
              <w:left w:w="120" w:type="dxa"/>
              <w:bottom w:w="80" w:type="dxa"/>
              <w:right w:w="120" w:type="dxa"/>
            </w:tcMar>
            <w:vAlign w:val="center"/>
          </w:tcPr>
          <w:p w14:paraId="659CEFDA" w14:textId="18157852" w:rsidR="00DD7808" w:rsidRDefault="006F5270" w:rsidP="00FA19FF">
            <w:pPr>
              <w:spacing w:after="0" w:line="240" w:lineRule="auto"/>
              <w:rPr>
                <w:color w:val="000000"/>
                <w:sz w:val="17"/>
              </w:rPr>
            </w:pPr>
            <w:r>
              <w:rPr>
                <w:color w:val="000000"/>
                <w:sz w:val="17"/>
              </w:rPr>
              <w:fldChar w:fldCharType="begin">
                <w:ffData>
                  <w:name w:val="Check21"/>
                  <w:enabled/>
                  <w:calcOnExit w:val="0"/>
                  <w:checkBox>
                    <w:sizeAuto/>
                    <w:default w:val="0"/>
                  </w:checkBox>
                </w:ffData>
              </w:fldChar>
            </w:r>
            <w:bookmarkStart w:id="20" w:name="Check21"/>
            <w:r>
              <w:rPr>
                <w:color w:val="000000"/>
                <w:sz w:val="17"/>
              </w:rPr>
              <w:instrText xml:space="preserve"> FORMCHECKBOX </w:instrText>
            </w:r>
            <w:r>
              <w:rPr>
                <w:color w:val="000000"/>
                <w:sz w:val="17"/>
              </w:rPr>
            </w:r>
            <w:r>
              <w:rPr>
                <w:color w:val="000000"/>
                <w:sz w:val="17"/>
              </w:rPr>
              <w:fldChar w:fldCharType="separate"/>
            </w:r>
            <w:r>
              <w:rPr>
                <w:color w:val="000000"/>
                <w:sz w:val="17"/>
              </w:rPr>
              <w:fldChar w:fldCharType="end"/>
            </w:r>
            <w:bookmarkEnd w:id="20"/>
            <w:r>
              <w:rPr>
                <w:color w:val="000000"/>
                <w:sz w:val="17"/>
              </w:rPr>
              <w:t xml:space="preserve"> </w:t>
            </w:r>
            <w:r w:rsidR="00DD7808">
              <w:rPr>
                <w:color w:val="000000"/>
                <w:sz w:val="17"/>
              </w:rPr>
              <w:t>Delegation is not a safe care-delivery option for this resident/client.</w:t>
            </w:r>
            <w:r w:rsidR="00DD7808">
              <w:rPr>
                <w:color w:val="000000"/>
                <w:sz w:val="17"/>
              </w:rPr>
              <w:br/>
            </w:r>
            <w:r>
              <w:rPr>
                <w:color w:val="000000"/>
                <w:sz w:val="17"/>
              </w:rPr>
              <w:fldChar w:fldCharType="begin">
                <w:ffData>
                  <w:name w:val="Check22"/>
                  <w:enabled/>
                  <w:calcOnExit w:val="0"/>
                  <w:checkBox>
                    <w:sizeAuto/>
                    <w:default w:val="0"/>
                  </w:checkBox>
                </w:ffData>
              </w:fldChar>
            </w:r>
            <w:bookmarkStart w:id="21" w:name="Check22"/>
            <w:r>
              <w:rPr>
                <w:color w:val="000000"/>
                <w:sz w:val="17"/>
              </w:rPr>
              <w:instrText xml:space="preserve"> FORMCHECKBOX </w:instrText>
            </w:r>
            <w:r>
              <w:rPr>
                <w:color w:val="000000"/>
                <w:sz w:val="17"/>
              </w:rPr>
            </w:r>
            <w:r>
              <w:rPr>
                <w:color w:val="000000"/>
                <w:sz w:val="17"/>
              </w:rPr>
              <w:fldChar w:fldCharType="separate"/>
            </w:r>
            <w:r>
              <w:rPr>
                <w:color w:val="000000"/>
                <w:sz w:val="17"/>
              </w:rPr>
              <w:fldChar w:fldCharType="end"/>
            </w:r>
            <w:bookmarkEnd w:id="21"/>
            <w:r>
              <w:rPr>
                <w:color w:val="000000"/>
                <w:sz w:val="17"/>
              </w:rPr>
              <w:t xml:space="preserve"> </w:t>
            </w:r>
            <w:r w:rsidR="00DD7808">
              <w:rPr>
                <w:color w:val="000000"/>
                <w:sz w:val="17"/>
              </w:rPr>
              <w:t>Decision is deferred pending additional assessment</w:t>
            </w:r>
          </w:p>
          <w:p w14:paraId="6A07CB11" w14:textId="26C182B1" w:rsidR="00DD7808" w:rsidRDefault="00173978" w:rsidP="00FA19FF">
            <w:pPr>
              <w:spacing w:after="0" w:line="240" w:lineRule="auto"/>
              <w:rPr>
                <w:color w:val="000000"/>
                <w:sz w:val="17"/>
              </w:rPr>
            </w:pPr>
            <w:r>
              <w:rPr>
                <w:color w:val="000000"/>
                <w:sz w:val="17"/>
              </w:rPr>
              <w:t>This d</w:t>
            </w:r>
            <w:r w:rsidR="00DD7808">
              <w:rPr>
                <w:color w:val="000000"/>
                <w:sz w:val="17"/>
              </w:rPr>
              <w:t xml:space="preserve">ecision was communicated to </w:t>
            </w:r>
            <w:r w:rsidR="006F5270">
              <w:fldChar w:fldCharType="begin">
                <w:ffData>
                  <w:name w:val="Text5"/>
                  <w:enabled/>
                  <w:calcOnExit w:val="0"/>
                  <w:textInput/>
                </w:ffData>
              </w:fldChar>
            </w:r>
            <w:r w:rsidR="006F5270">
              <w:instrText xml:space="preserve"> FORMTEXT </w:instrText>
            </w:r>
            <w:r w:rsidR="006F5270">
              <w:fldChar w:fldCharType="separate"/>
            </w:r>
            <w:r w:rsidR="006F5270">
              <w:rPr>
                <w:noProof/>
              </w:rPr>
              <w:t> </w:t>
            </w:r>
            <w:r w:rsidR="006F5270">
              <w:rPr>
                <w:noProof/>
              </w:rPr>
              <w:t> </w:t>
            </w:r>
            <w:r w:rsidR="006F5270">
              <w:rPr>
                <w:noProof/>
              </w:rPr>
              <w:t> </w:t>
            </w:r>
            <w:r w:rsidR="006F5270">
              <w:rPr>
                <w:noProof/>
              </w:rPr>
              <w:t> </w:t>
            </w:r>
            <w:r w:rsidR="006F5270">
              <w:rPr>
                <w:noProof/>
              </w:rPr>
              <w:t> </w:t>
            </w:r>
            <w:r w:rsidR="006F5270">
              <w:fldChar w:fldCharType="end"/>
            </w:r>
            <w:r w:rsidR="006F5270">
              <w:fldChar w:fldCharType="begin">
                <w:ffData>
                  <w:name w:val="Text6"/>
                  <w:enabled/>
                  <w:calcOnExit w:val="0"/>
                  <w:textInput/>
                </w:ffData>
              </w:fldChar>
            </w:r>
            <w:r w:rsidR="006F5270">
              <w:instrText xml:space="preserve"> FORMTEXT </w:instrText>
            </w:r>
            <w:r w:rsidR="006F5270">
              <w:fldChar w:fldCharType="separate"/>
            </w:r>
            <w:r w:rsidR="006F5270">
              <w:rPr>
                <w:noProof/>
              </w:rPr>
              <w:t> </w:t>
            </w:r>
            <w:r w:rsidR="006F5270">
              <w:rPr>
                <w:noProof/>
              </w:rPr>
              <w:t> </w:t>
            </w:r>
            <w:r w:rsidR="006F5270">
              <w:rPr>
                <w:noProof/>
              </w:rPr>
              <w:t> </w:t>
            </w:r>
            <w:r w:rsidR="006F5270">
              <w:rPr>
                <w:noProof/>
              </w:rPr>
              <w:t> </w:t>
            </w:r>
            <w:r w:rsidR="006F5270">
              <w:rPr>
                <w:noProof/>
              </w:rPr>
              <w:t> </w:t>
            </w:r>
            <w:r w:rsidR="006F5270">
              <w:fldChar w:fldCharType="end"/>
            </w:r>
            <w:r w:rsidR="00DD7808">
              <w:rPr>
                <w:color w:val="000000"/>
                <w:sz w:val="17"/>
              </w:rPr>
              <w:t xml:space="preserve"> on this date </w:t>
            </w:r>
            <w:r w:rsidR="006F5270">
              <w:fldChar w:fldCharType="begin">
                <w:ffData>
                  <w:name w:val="Text5"/>
                  <w:enabled/>
                  <w:calcOnExit w:val="0"/>
                  <w:textInput/>
                </w:ffData>
              </w:fldChar>
            </w:r>
            <w:r w:rsidR="006F5270">
              <w:instrText xml:space="preserve"> FORMTEXT </w:instrText>
            </w:r>
            <w:r w:rsidR="006F5270">
              <w:fldChar w:fldCharType="separate"/>
            </w:r>
            <w:r w:rsidR="006F5270">
              <w:rPr>
                <w:noProof/>
              </w:rPr>
              <w:t> </w:t>
            </w:r>
            <w:r w:rsidR="006F5270">
              <w:rPr>
                <w:noProof/>
              </w:rPr>
              <w:t> </w:t>
            </w:r>
            <w:r w:rsidR="006F5270">
              <w:rPr>
                <w:noProof/>
              </w:rPr>
              <w:t> </w:t>
            </w:r>
            <w:r w:rsidR="006F5270">
              <w:rPr>
                <w:noProof/>
              </w:rPr>
              <w:t> </w:t>
            </w:r>
            <w:r w:rsidR="006F5270">
              <w:rPr>
                <w:noProof/>
              </w:rPr>
              <w:t> </w:t>
            </w:r>
            <w:r w:rsidR="006F5270">
              <w:fldChar w:fldCharType="end"/>
            </w:r>
            <w:r w:rsidR="006F5270">
              <w:fldChar w:fldCharType="begin">
                <w:ffData>
                  <w:name w:val="Text6"/>
                  <w:enabled/>
                  <w:calcOnExit w:val="0"/>
                  <w:textInput/>
                </w:ffData>
              </w:fldChar>
            </w:r>
            <w:r w:rsidR="006F5270">
              <w:instrText xml:space="preserve"> FORMTEXT </w:instrText>
            </w:r>
            <w:r w:rsidR="006F5270">
              <w:fldChar w:fldCharType="separate"/>
            </w:r>
            <w:r w:rsidR="006F5270">
              <w:rPr>
                <w:noProof/>
              </w:rPr>
              <w:t> </w:t>
            </w:r>
            <w:r w:rsidR="006F5270">
              <w:rPr>
                <w:noProof/>
              </w:rPr>
              <w:t> </w:t>
            </w:r>
            <w:r w:rsidR="006F5270">
              <w:rPr>
                <w:noProof/>
              </w:rPr>
              <w:t> </w:t>
            </w:r>
            <w:r w:rsidR="006F5270">
              <w:rPr>
                <w:noProof/>
              </w:rPr>
              <w:t> </w:t>
            </w:r>
            <w:r w:rsidR="006F5270">
              <w:rPr>
                <w:noProof/>
              </w:rPr>
              <w:t> </w:t>
            </w:r>
            <w:r w:rsidR="006F5270">
              <w:fldChar w:fldCharType="end"/>
            </w:r>
            <w:r w:rsidR="00DD7808">
              <w:rPr>
                <w:color w:val="000000"/>
                <w:sz w:val="17"/>
              </w:rPr>
              <w:t>.</w:t>
            </w:r>
          </w:p>
        </w:tc>
      </w:tr>
      <w:tr w:rsidR="003D6D74" w14:paraId="175C7F52" w14:textId="77777777" w:rsidTr="00666924">
        <w:tc>
          <w:tcPr>
            <w:tcW w:w="2970" w:type="dxa"/>
            <w:shd w:val="clear" w:color="auto" w:fill="E8EEF5"/>
            <w:tcMar>
              <w:top w:w="80" w:type="dxa"/>
              <w:left w:w="120" w:type="dxa"/>
              <w:bottom w:w="80" w:type="dxa"/>
              <w:right w:w="120" w:type="dxa"/>
            </w:tcMar>
            <w:vAlign w:val="center"/>
          </w:tcPr>
          <w:p w14:paraId="3FD731E7" w14:textId="74970D16" w:rsidR="003D6D74" w:rsidRDefault="003D6D74" w:rsidP="00FA19FF">
            <w:pPr>
              <w:spacing w:after="0" w:line="240" w:lineRule="auto"/>
            </w:pPr>
            <w:r>
              <w:rPr>
                <w:b/>
                <w:color w:val="1F4D78"/>
                <w:sz w:val="16"/>
              </w:rPr>
              <w:t>RN Clinical Judgment / Rationale</w:t>
            </w:r>
            <w:r w:rsidR="00173978">
              <w:rPr>
                <w:b/>
                <w:color w:val="1F4D78"/>
                <w:sz w:val="16"/>
              </w:rPr>
              <w:t xml:space="preserve"> and plan moving forward</w:t>
            </w:r>
          </w:p>
        </w:tc>
        <w:tc>
          <w:tcPr>
            <w:tcW w:w="7020" w:type="dxa"/>
            <w:tcMar>
              <w:top w:w="80" w:type="dxa"/>
              <w:left w:w="120" w:type="dxa"/>
              <w:bottom w:w="80" w:type="dxa"/>
              <w:right w:w="120" w:type="dxa"/>
            </w:tcMar>
            <w:vAlign w:val="center"/>
          </w:tcPr>
          <w:p w14:paraId="3DA25325" w14:textId="224BD24A" w:rsidR="003D6D74" w:rsidRDefault="003D6D74" w:rsidP="00FA19FF">
            <w:pPr>
              <w:spacing w:after="0" w:line="240" w:lineRule="auto"/>
            </w:pPr>
            <w:r>
              <w:rPr>
                <w:color w:val="000000"/>
                <w:sz w:val="17"/>
              </w:rPr>
              <w:br/>
            </w:r>
            <w:r w:rsidR="006F5270">
              <w:fldChar w:fldCharType="begin">
                <w:ffData>
                  <w:name w:val="Text5"/>
                  <w:enabled/>
                  <w:calcOnExit w:val="0"/>
                  <w:textInput/>
                </w:ffData>
              </w:fldChar>
            </w:r>
            <w:r w:rsidR="006F5270">
              <w:instrText xml:space="preserve"> FORMTEXT </w:instrText>
            </w:r>
            <w:r w:rsidR="006F5270">
              <w:fldChar w:fldCharType="separate"/>
            </w:r>
            <w:r w:rsidR="006F5270">
              <w:rPr>
                <w:noProof/>
              </w:rPr>
              <w:t> </w:t>
            </w:r>
            <w:r w:rsidR="006F5270">
              <w:rPr>
                <w:noProof/>
              </w:rPr>
              <w:t> </w:t>
            </w:r>
            <w:r w:rsidR="006F5270">
              <w:rPr>
                <w:noProof/>
              </w:rPr>
              <w:t> </w:t>
            </w:r>
            <w:r w:rsidR="006F5270">
              <w:rPr>
                <w:noProof/>
              </w:rPr>
              <w:t> </w:t>
            </w:r>
            <w:r w:rsidR="006F5270">
              <w:rPr>
                <w:noProof/>
              </w:rPr>
              <w:t> </w:t>
            </w:r>
            <w:r w:rsidR="006F5270">
              <w:fldChar w:fldCharType="end"/>
            </w:r>
            <w:r w:rsidR="006F5270">
              <w:fldChar w:fldCharType="begin">
                <w:ffData>
                  <w:name w:val="Text6"/>
                  <w:enabled/>
                  <w:calcOnExit w:val="0"/>
                  <w:textInput/>
                </w:ffData>
              </w:fldChar>
            </w:r>
            <w:r w:rsidR="006F5270">
              <w:instrText xml:space="preserve"> FORMTEXT </w:instrText>
            </w:r>
            <w:r w:rsidR="006F5270">
              <w:fldChar w:fldCharType="separate"/>
            </w:r>
            <w:r w:rsidR="006F5270">
              <w:rPr>
                <w:noProof/>
              </w:rPr>
              <w:t> </w:t>
            </w:r>
            <w:r w:rsidR="006F5270">
              <w:rPr>
                <w:noProof/>
              </w:rPr>
              <w:t> </w:t>
            </w:r>
            <w:r w:rsidR="006F5270">
              <w:rPr>
                <w:noProof/>
              </w:rPr>
              <w:t> </w:t>
            </w:r>
            <w:r w:rsidR="006F5270">
              <w:rPr>
                <w:noProof/>
              </w:rPr>
              <w:t> </w:t>
            </w:r>
            <w:r w:rsidR="006F5270">
              <w:rPr>
                <w:noProof/>
              </w:rPr>
              <w:t> </w:t>
            </w:r>
            <w:r w:rsidR="006F5270">
              <w:fldChar w:fldCharType="end"/>
            </w:r>
            <w:r>
              <w:rPr>
                <w:color w:val="000000"/>
                <w:sz w:val="17"/>
              </w:rPr>
              <w:br/>
            </w:r>
          </w:p>
        </w:tc>
      </w:tr>
      <w:tr w:rsidR="003D6D74" w14:paraId="5D5A05ED" w14:textId="77777777" w:rsidTr="00666924">
        <w:tc>
          <w:tcPr>
            <w:tcW w:w="2970" w:type="dxa"/>
            <w:shd w:val="clear" w:color="auto" w:fill="E8EEF5"/>
            <w:tcMar>
              <w:top w:w="80" w:type="dxa"/>
              <w:left w:w="120" w:type="dxa"/>
              <w:bottom w:w="80" w:type="dxa"/>
              <w:right w:w="120" w:type="dxa"/>
            </w:tcMar>
            <w:vAlign w:val="center"/>
          </w:tcPr>
          <w:p w14:paraId="528D2E33" w14:textId="77777777" w:rsidR="003D6D74" w:rsidRDefault="003D6D74" w:rsidP="00FA19FF">
            <w:pPr>
              <w:spacing w:after="0" w:line="240" w:lineRule="auto"/>
            </w:pPr>
            <w:r>
              <w:rPr>
                <w:b/>
                <w:color w:val="1F4D78"/>
                <w:sz w:val="16"/>
              </w:rPr>
              <w:t>Next Resident Assessment Due</w:t>
            </w:r>
          </w:p>
        </w:tc>
        <w:tc>
          <w:tcPr>
            <w:tcW w:w="7020" w:type="dxa"/>
            <w:tcMar>
              <w:top w:w="80" w:type="dxa"/>
              <w:left w:w="120" w:type="dxa"/>
              <w:bottom w:w="80" w:type="dxa"/>
              <w:right w:w="120" w:type="dxa"/>
            </w:tcMar>
            <w:vAlign w:val="center"/>
          </w:tcPr>
          <w:p w14:paraId="0D324A53" w14:textId="5A168C32" w:rsidR="003D6D74" w:rsidRDefault="003D6D74" w:rsidP="00FA19FF">
            <w:pPr>
              <w:spacing w:after="0" w:line="240" w:lineRule="auto"/>
            </w:pPr>
            <w:r>
              <w:rPr>
                <w:color w:val="000000"/>
                <w:sz w:val="17"/>
              </w:rPr>
              <w:t xml:space="preserve">Date </w:t>
            </w:r>
            <w:r w:rsidR="006F5270">
              <w:fldChar w:fldCharType="begin">
                <w:ffData>
                  <w:name w:val="Text5"/>
                  <w:enabled/>
                  <w:calcOnExit w:val="0"/>
                  <w:textInput/>
                </w:ffData>
              </w:fldChar>
            </w:r>
            <w:r w:rsidR="006F5270">
              <w:instrText xml:space="preserve"> FORMTEXT </w:instrText>
            </w:r>
            <w:r w:rsidR="006F5270">
              <w:fldChar w:fldCharType="separate"/>
            </w:r>
            <w:r w:rsidR="006F5270">
              <w:rPr>
                <w:noProof/>
              </w:rPr>
              <w:t> </w:t>
            </w:r>
            <w:r w:rsidR="006F5270">
              <w:rPr>
                <w:noProof/>
              </w:rPr>
              <w:t> </w:t>
            </w:r>
            <w:r w:rsidR="006F5270">
              <w:rPr>
                <w:noProof/>
              </w:rPr>
              <w:t> </w:t>
            </w:r>
            <w:r w:rsidR="006F5270">
              <w:rPr>
                <w:noProof/>
              </w:rPr>
              <w:t> </w:t>
            </w:r>
            <w:r w:rsidR="006F5270">
              <w:rPr>
                <w:noProof/>
              </w:rPr>
              <w:t> </w:t>
            </w:r>
            <w:r w:rsidR="006F5270">
              <w:fldChar w:fldCharType="end"/>
            </w:r>
            <w:r w:rsidR="006F5270">
              <w:fldChar w:fldCharType="begin">
                <w:ffData>
                  <w:name w:val="Text6"/>
                  <w:enabled/>
                  <w:calcOnExit w:val="0"/>
                  <w:textInput/>
                </w:ffData>
              </w:fldChar>
            </w:r>
            <w:r w:rsidR="006F5270">
              <w:instrText xml:space="preserve"> FORMTEXT </w:instrText>
            </w:r>
            <w:r w:rsidR="006F5270">
              <w:fldChar w:fldCharType="separate"/>
            </w:r>
            <w:r w:rsidR="006F5270">
              <w:rPr>
                <w:noProof/>
              </w:rPr>
              <w:t> </w:t>
            </w:r>
            <w:r w:rsidR="006F5270">
              <w:rPr>
                <w:noProof/>
              </w:rPr>
              <w:t> </w:t>
            </w:r>
            <w:r w:rsidR="006F5270">
              <w:rPr>
                <w:noProof/>
              </w:rPr>
              <w:t> </w:t>
            </w:r>
            <w:r w:rsidR="006F5270">
              <w:rPr>
                <w:noProof/>
              </w:rPr>
              <w:t> </w:t>
            </w:r>
            <w:r w:rsidR="006F5270">
              <w:rPr>
                <w:noProof/>
              </w:rPr>
              <w:t> </w:t>
            </w:r>
            <w:r w:rsidR="006F5270">
              <w:fldChar w:fldCharType="end"/>
            </w:r>
            <w:r>
              <w:rPr>
                <w:color w:val="000000"/>
                <w:sz w:val="17"/>
              </w:rPr>
              <w:t xml:space="preserve">  </w:t>
            </w:r>
            <w:r w:rsidR="00DD7808">
              <w:rPr>
                <w:color w:val="000000"/>
                <w:sz w:val="17"/>
              </w:rPr>
              <w:t>or e</w:t>
            </w:r>
            <w:r>
              <w:rPr>
                <w:color w:val="000000"/>
                <w:sz w:val="17"/>
              </w:rPr>
              <w:t>arlier if the resident’s condition or circumstances chang</w:t>
            </w:r>
            <w:r w:rsidR="00DD7808">
              <w:rPr>
                <w:color w:val="000000"/>
                <w:sz w:val="17"/>
              </w:rPr>
              <w:t>e</w:t>
            </w:r>
            <w:r w:rsidR="00155A68">
              <w:rPr>
                <w:color w:val="000000"/>
                <w:sz w:val="17"/>
              </w:rPr>
              <w:t xml:space="preserve"> and with </w:t>
            </w:r>
            <w:r w:rsidR="00B663FC">
              <w:rPr>
                <w:color w:val="000000"/>
                <w:sz w:val="17"/>
              </w:rPr>
              <w:t>additional delegation to UAPs.</w:t>
            </w:r>
          </w:p>
        </w:tc>
      </w:tr>
    </w:tbl>
    <w:p w14:paraId="6C6036DA" w14:textId="77777777" w:rsidR="003D6D74" w:rsidRPr="005B17EF" w:rsidRDefault="003D6D74" w:rsidP="003D6D74">
      <w:pPr>
        <w:spacing w:before="140" w:after="60" w:line="240" w:lineRule="auto"/>
        <w:rPr>
          <w:b/>
          <w:color w:val="1F4D78"/>
          <w:sz w:val="16"/>
        </w:rPr>
      </w:pPr>
    </w:p>
    <w:p w14:paraId="37A1BA94" w14:textId="1590BBD5" w:rsidR="003D6D74" w:rsidRDefault="00155A68" w:rsidP="003D6D74">
      <w:pPr>
        <w:spacing w:before="140" w:after="60" w:line="240" w:lineRule="auto"/>
      </w:pPr>
      <w:r>
        <w:rPr>
          <w:b/>
          <w:color w:val="1F4D78"/>
          <w:sz w:val="22"/>
        </w:rPr>
        <w:t>6</w:t>
      </w:r>
      <w:r w:rsidR="003D6D74">
        <w:rPr>
          <w:b/>
          <w:color w:val="1F4D78"/>
          <w:sz w:val="22"/>
        </w:rPr>
        <w:t>. REGISTERED NURSE ATTESTATION</w:t>
      </w:r>
    </w:p>
    <w:p w14:paraId="527F9017" w14:textId="0F1F62A2" w:rsidR="003D6D74" w:rsidRDefault="003D6D74" w:rsidP="003D6D74">
      <w:pPr>
        <w:spacing w:after="100" w:line="259" w:lineRule="auto"/>
      </w:pPr>
      <w:r>
        <w:rPr>
          <w:color w:val="000000"/>
          <w:sz w:val="17"/>
        </w:rPr>
        <w:t xml:space="preserve">I certify that I completed this resident/client assessment and the nursing-process judgments documented above. </w:t>
      </w:r>
      <w:r w:rsidR="00B7027A">
        <w:rPr>
          <w:color w:val="000000"/>
          <w:sz w:val="17"/>
        </w:rPr>
        <w:t xml:space="preserve">Based on my nursing judgement, I have the resources and availability for ongoing assessment and evaluation of the safety of the delegation. </w:t>
      </w:r>
      <w:r>
        <w:rPr>
          <w:color w:val="000000"/>
          <w:sz w:val="17"/>
        </w:rPr>
        <w:t>The decision to delegate or not delegate is my independent clinical judgment and remains solely my responsibility as the RN.</w:t>
      </w:r>
      <w:r w:rsidR="00DD7808">
        <w:rPr>
          <w:color w:val="000000"/>
          <w:sz w:val="17"/>
        </w:rPr>
        <w:t xml:space="preserve">  </w:t>
      </w:r>
    </w:p>
    <w:tbl>
      <w:tblPr>
        <w:tblStyle w:val="TableGrid"/>
        <w:tblW w:w="9990" w:type="dxa"/>
        <w:tblInd w:w="120" w:type="dxa"/>
        <w:tblLayout w:type="fixed"/>
        <w:tblLook w:val="04A0" w:firstRow="1" w:lastRow="0" w:firstColumn="1" w:lastColumn="0" w:noHBand="0" w:noVBand="1"/>
      </w:tblPr>
      <w:tblGrid>
        <w:gridCol w:w="3960"/>
        <w:gridCol w:w="4230"/>
        <w:gridCol w:w="1800"/>
      </w:tblGrid>
      <w:tr w:rsidR="003D6D74" w14:paraId="10635262" w14:textId="77777777" w:rsidTr="00C27BD9">
        <w:tc>
          <w:tcPr>
            <w:tcW w:w="3960" w:type="dxa"/>
            <w:shd w:val="clear" w:color="auto" w:fill="E8EEF5"/>
            <w:tcMar>
              <w:top w:w="80" w:type="dxa"/>
              <w:left w:w="120" w:type="dxa"/>
              <w:bottom w:w="80" w:type="dxa"/>
              <w:right w:w="120" w:type="dxa"/>
            </w:tcMar>
            <w:vAlign w:val="center"/>
          </w:tcPr>
          <w:p w14:paraId="02C79169" w14:textId="77777777" w:rsidR="003D6D74" w:rsidRDefault="003D6D74" w:rsidP="00FA19FF">
            <w:pPr>
              <w:spacing w:after="0" w:line="240" w:lineRule="auto"/>
              <w:jc w:val="center"/>
            </w:pPr>
            <w:r>
              <w:rPr>
                <w:b/>
                <w:color w:val="1F4D78"/>
                <w:sz w:val="16"/>
              </w:rPr>
              <w:t>RN Printed Name</w:t>
            </w:r>
          </w:p>
        </w:tc>
        <w:tc>
          <w:tcPr>
            <w:tcW w:w="4230" w:type="dxa"/>
            <w:shd w:val="clear" w:color="auto" w:fill="E8EEF5"/>
            <w:tcMar>
              <w:top w:w="80" w:type="dxa"/>
              <w:left w:w="120" w:type="dxa"/>
              <w:bottom w:w="80" w:type="dxa"/>
              <w:right w:w="120" w:type="dxa"/>
            </w:tcMar>
            <w:vAlign w:val="center"/>
          </w:tcPr>
          <w:p w14:paraId="3D220E76" w14:textId="77777777" w:rsidR="003D6D74" w:rsidRDefault="003D6D74" w:rsidP="00FA19FF">
            <w:pPr>
              <w:spacing w:after="0" w:line="240" w:lineRule="auto"/>
              <w:jc w:val="center"/>
            </w:pPr>
            <w:r>
              <w:rPr>
                <w:b/>
                <w:color w:val="1F4D78"/>
                <w:sz w:val="16"/>
              </w:rPr>
              <w:t>RN Signature</w:t>
            </w:r>
          </w:p>
        </w:tc>
        <w:tc>
          <w:tcPr>
            <w:tcW w:w="1800" w:type="dxa"/>
            <w:shd w:val="clear" w:color="auto" w:fill="E8EEF5"/>
            <w:tcMar>
              <w:top w:w="80" w:type="dxa"/>
              <w:left w:w="120" w:type="dxa"/>
              <w:bottom w:w="80" w:type="dxa"/>
              <w:right w:w="120" w:type="dxa"/>
            </w:tcMar>
            <w:vAlign w:val="center"/>
          </w:tcPr>
          <w:p w14:paraId="5E9189E0" w14:textId="77777777" w:rsidR="003D6D74" w:rsidRDefault="003D6D74" w:rsidP="00FA19FF">
            <w:pPr>
              <w:spacing w:after="0" w:line="240" w:lineRule="auto"/>
              <w:jc w:val="center"/>
            </w:pPr>
            <w:r>
              <w:rPr>
                <w:b/>
                <w:color w:val="1F4D78"/>
                <w:sz w:val="16"/>
              </w:rPr>
              <w:t>Date / Time</w:t>
            </w:r>
          </w:p>
        </w:tc>
      </w:tr>
      <w:tr w:rsidR="003D6D74" w14:paraId="02946CDE" w14:textId="77777777" w:rsidTr="00C27BD9">
        <w:tc>
          <w:tcPr>
            <w:tcW w:w="3960" w:type="dxa"/>
            <w:tcMar>
              <w:top w:w="80" w:type="dxa"/>
              <w:left w:w="120" w:type="dxa"/>
              <w:bottom w:w="80" w:type="dxa"/>
              <w:right w:w="120" w:type="dxa"/>
            </w:tcMar>
            <w:vAlign w:val="center"/>
          </w:tcPr>
          <w:p w14:paraId="4D5C44AE" w14:textId="7C5E0FDC" w:rsidR="003D6D74" w:rsidRDefault="006F5270" w:rsidP="00FA19FF">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30" w:type="dxa"/>
            <w:tcMar>
              <w:top w:w="80" w:type="dxa"/>
              <w:left w:w="120" w:type="dxa"/>
              <w:bottom w:w="80" w:type="dxa"/>
              <w:right w:w="120" w:type="dxa"/>
            </w:tcMar>
            <w:vAlign w:val="center"/>
          </w:tcPr>
          <w:p w14:paraId="67C3A133" w14:textId="3F935D0A" w:rsidR="003D6D74" w:rsidRDefault="006F5270" w:rsidP="00FA19FF">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tcMar>
              <w:top w:w="80" w:type="dxa"/>
              <w:left w:w="120" w:type="dxa"/>
              <w:bottom w:w="80" w:type="dxa"/>
              <w:right w:w="120" w:type="dxa"/>
            </w:tcMar>
            <w:vAlign w:val="center"/>
          </w:tcPr>
          <w:p w14:paraId="570C0122" w14:textId="136514B0" w:rsidR="003D6D74" w:rsidRDefault="006F5270" w:rsidP="00FA19FF">
            <w:pPr>
              <w:spacing w:after="0" w:line="240" w:lineRule="auto"/>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3212943" w14:textId="3CA600C9" w:rsidR="003D6D74" w:rsidRDefault="003D6D74" w:rsidP="003D6D74">
      <w:pPr>
        <w:spacing w:before="100" w:after="0" w:line="240" w:lineRule="auto"/>
      </w:pPr>
      <w:r>
        <w:rPr>
          <w:b/>
          <w:color w:val="666666"/>
          <w:sz w:val="14"/>
        </w:rPr>
        <w:t xml:space="preserve">Regulatory basis: </w:t>
      </w:r>
      <w:r>
        <w:rPr>
          <w:color w:val="666666"/>
          <w:sz w:val="14"/>
        </w:rPr>
        <w:t>OAR 851-045-0060; OAR 851-047-0030, 851-047-0045, and 851-047-0050).</w:t>
      </w:r>
    </w:p>
    <w:p w14:paraId="4079A321" w14:textId="27D7656D" w:rsidR="00F0718D" w:rsidRDefault="00F0718D" w:rsidP="005723A1"/>
    <w:sectPr w:rsidR="00F0718D" w:rsidSect="00034616">
      <w:headerReference w:type="default" r:id="rId8"/>
      <w:footerReference w:type="default" r:id="rId9"/>
      <w:pgSz w:w="12240" w:h="15840"/>
      <w:pgMar w:top="864" w:right="1037" w:bottom="792" w:left="1037"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E2BA02" w14:textId="77777777" w:rsidR="00705F58" w:rsidRDefault="00705F58">
      <w:pPr>
        <w:spacing w:after="0" w:line="240" w:lineRule="auto"/>
      </w:pPr>
      <w:r>
        <w:separator/>
      </w:r>
    </w:p>
  </w:endnote>
  <w:endnote w:type="continuationSeparator" w:id="0">
    <w:p w14:paraId="1CA3D040" w14:textId="77777777" w:rsidR="00705F58" w:rsidRDefault="00705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5892B4" w14:textId="0D4BBA6B" w:rsidR="00F0718D" w:rsidRPr="005B17EF" w:rsidRDefault="006A48BE">
    <w:pPr>
      <w:pStyle w:val="Footer"/>
      <w:jc w:val="center"/>
      <w:rPr>
        <w:color w:val="666666"/>
        <w:sz w:val="16"/>
        <w:szCs w:val="16"/>
      </w:rPr>
    </w:pPr>
    <w:r w:rsidRPr="005B17EF">
      <w:rPr>
        <w:color w:val="666666"/>
        <w:sz w:val="16"/>
        <w:szCs w:val="16"/>
      </w:rPr>
      <w:t xml:space="preserve">Resident/client </w:t>
    </w:r>
    <w:r w:rsidR="00155A68" w:rsidRPr="005B17EF">
      <w:rPr>
        <w:color w:val="666666"/>
        <w:sz w:val="16"/>
        <w:szCs w:val="16"/>
      </w:rPr>
      <w:t>assessment •</w:t>
    </w:r>
    <w:r w:rsidRPr="005B17EF">
      <w:rPr>
        <w:color w:val="666666"/>
        <w:sz w:val="16"/>
        <w:szCs w:val="16"/>
      </w:rPr>
      <w:t xml:space="preserve"> UAP evaluation, instructions, and authorization are documented separately.</w:t>
    </w:r>
  </w:p>
  <w:p w14:paraId="7B74ED5D" w14:textId="6D1EC914" w:rsidR="005B17EF" w:rsidRPr="005B17EF" w:rsidRDefault="005B17EF" w:rsidP="005B17EF">
    <w:pPr>
      <w:rPr>
        <w:rFonts w:ascii="Aptos" w:hAnsi="Aptos"/>
        <w:sz w:val="16"/>
        <w:szCs w:val="16"/>
      </w:rPr>
    </w:pPr>
    <w:r w:rsidRPr="005B17EF">
      <w:rPr>
        <w:rStyle w:val="Strong"/>
        <w:sz w:val="16"/>
        <w:szCs w:val="16"/>
      </w:rPr>
      <w:t>Disclaimer:</w:t>
    </w:r>
    <w:r w:rsidRPr="005B17EF">
      <w:rPr>
        <w:sz w:val="16"/>
        <w:szCs w:val="16"/>
      </w:rPr>
      <w:t xml:space="preserve"> This form is provided as an example of best practice and is not required. Use of this form does not guarantee regulatory compliance or prevent citations, deficiencies, enforcement actions, or legal claims. Organizations are responsible for determining whether and how to use or adapt this resource to meet their specific needs and applicable requirements.</w:t>
    </w:r>
  </w:p>
  <w:p w14:paraId="42531478" w14:textId="77777777" w:rsidR="005B17EF" w:rsidRDefault="005B17E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503EB3" w14:textId="77777777" w:rsidR="00705F58" w:rsidRDefault="00705F58">
      <w:pPr>
        <w:spacing w:after="0" w:line="240" w:lineRule="auto"/>
      </w:pPr>
      <w:r>
        <w:separator/>
      </w:r>
    </w:p>
  </w:footnote>
  <w:footnote w:type="continuationSeparator" w:id="0">
    <w:p w14:paraId="5CB387B5" w14:textId="77777777" w:rsidR="00705F58" w:rsidRDefault="00705F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C1F31F" w14:textId="53737DC2" w:rsidR="00F0718D" w:rsidRDefault="006A48BE">
    <w:pPr>
      <w:pStyle w:val="Header"/>
    </w:pPr>
    <w:r>
      <w:rPr>
        <w:b/>
        <w:color w:val="666666"/>
        <w:sz w:val="17"/>
      </w:rPr>
      <w:t>OREGON • RN DELEGATION PROCESS</w:t>
    </w:r>
    <w:r w:rsidR="00242ADC">
      <w:rPr>
        <w:b/>
        <w:color w:val="666666"/>
        <w:sz w:val="17"/>
      </w:rPr>
      <w:t xml:space="preserve"> </w:t>
    </w:r>
    <w:r w:rsidR="005B17EF">
      <w:rPr>
        <w:b/>
        <w:color w:val="666666"/>
        <w:sz w:val="17"/>
      </w:rPr>
      <w:t>- Revised 9-1-2026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9733117">
    <w:abstractNumId w:val="8"/>
  </w:num>
  <w:num w:numId="2" w16cid:durableId="200679081">
    <w:abstractNumId w:val="6"/>
  </w:num>
  <w:num w:numId="3" w16cid:durableId="1895195929">
    <w:abstractNumId w:val="5"/>
  </w:num>
  <w:num w:numId="4" w16cid:durableId="899287393">
    <w:abstractNumId w:val="4"/>
  </w:num>
  <w:num w:numId="5" w16cid:durableId="768505114">
    <w:abstractNumId w:val="7"/>
  </w:num>
  <w:num w:numId="6" w16cid:durableId="1473672344">
    <w:abstractNumId w:val="3"/>
  </w:num>
  <w:num w:numId="7" w16cid:durableId="414980733">
    <w:abstractNumId w:val="2"/>
  </w:num>
  <w:num w:numId="8" w16cid:durableId="1749112929">
    <w:abstractNumId w:val="1"/>
  </w:num>
  <w:num w:numId="9" w16cid:durableId="18151801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ocumentProtection w:edit="forms"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E76"/>
    <w:rsid w:val="00034616"/>
    <w:rsid w:val="000552C2"/>
    <w:rsid w:val="0006063C"/>
    <w:rsid w:val="0015074B"/>
    <w:rsid w:val="00155A68"/>
    <w:rsid w:val="00173978"/>
    <w:rsid w:val="00185188"/>
    <w:rsid w:val="001D31CB"/>
    <w:rsid w:val="00242ADC"/>
    <w:rsid w:val="00274318"/>
    <w:rsid w:val="0029639D"/>
    <w:rsid w:val="002F264B"/>
    <w:rsid w:val="00326F90"/>
    <w:rsid w:val="003933D5"/>
    <w:rsid w:val="003A766A"/>
    <w:rsid w:val="003D6D74"/>
    <w:rsid w:val="00444163"/>
    <w:rsid w:val="005723A1"/>
    <w:rsid w:val="00594732"/>
    <w:rsid w:val="005B17EF"/>
    <w:rsid w:val="0061289E"/>
    <w:rsid w:val="00634F0E"/>
    <w:rsid w:val="00666924"/>
    <w:rsid w:val="00683C8D"/>
    <w:rsid w:val="006A48BE"/>
    <w:rsid w:val="006F5270"/>
    <w:rsid w:val="00705F58"/>
    <w:rsid w:val="00774FCD"/>
    <w:rsid w:val="00824533"/>
    <w:rsid w:val="00965249"/>
    <w:rsid w:val="009825C4"/>
    <w:rsid w:val="009F6395"/>
    <w:rsid w:val="00A93971"/>
    <w:rsid w:val="00AA1D8D"/>
    <w:rsid w:val="00B47730"/>
    <w:rsid w:val="00B663FC"/>
    <w:rsid w:val="00B7027A"/>
    <w:rsid w:val="00C27BD9"/>
    <w:rsid w:val="00CB0664"/>
    <w:rsid w:val="00CB5D76"/>
    <w:rsid w:val="00DD7808"/>
    <w:rsid w:val="00E64510"/>
    <w:rsid w:val="00F0718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508BD10-0327-40AA-A6BC-93D041C58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Calibri" w:hAnsi="Calibri"/>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674</Words>
  <Characters>4197</Characters>
  <Application>Microsoft Office Word</Application>
  <DocSecurity>0</DocSecurity>
  <Lines>209</Lines>
  <Paragraphs>152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Corryn Pettingill</cp:lastModifiedBy>
  <cp:revision>5</cp:revision>
  <dcterms:created xsi:type="dcterms:W3CDTF">2026-09-01T17:16:00Z</dcterms:created>
  <dcterms:modified xsi:type="dcterms:W3CDTF">2026-09-18T06:22:00Z</dcterms:modified>
  <cp:category/>
</cp:coreProperties>
</file>